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3222C0" w:rsidRDefault="787CF53B" w:rsidP="7485AFA9">
      <w:pPr>
        <w:spacing w:after="0"/>
        <w:rPr>
          <w:rFonts w:ascii="Calibri" w:eastAsia="Calibri" w:hAnsi="Calibri" w:cs="Calibri"/>
          <w:b/>
          <w:bCs/>
          <w:color w:val="2F5496"/>
          <w:sz w:val="18"/>
          <w:szCs w:val="18"/>
        </w:rPr>
      </w:pPr>
      <w:r w:rsidRPr="7485AFA9">
        <w:rPr>
          <w:rFonts w:ascii="Calibri" w:eastAsia="Calibri" w:hAnsi="Calibri" w:cs="Calibri"/>
          <w:b/>
          <w:bCs/>
          <w:color w:val="2F5496"/>
          <w:sz w:val="19"/>
          <w:szCs w:val="19"/>
        </w:rPr>
        <w:t>UNT DALLAS · COURSE PLANNING GUIDE</w:t>
      </w:r>
    </w:p>
    <w:p w14:paraId="16CB62EF" w14:textId="77777777" w:rsidR="003222C0" w:rsidRDefault="787CF53B" w:rsidP="787CF53B">
      <w:pPr>
        <w:spacing w:after="20"/>
        <w:rPr>
          <w:rFonts w:ascii="Calibri" w:eastAsia="Calibri" w:hAnsi="Calibri" w:cs="Calibri"/>
          <w:b/>
          <w:bCs/>
          <w:color w:val="1F3864"/>
          <w:sz w:val="27"/>
          <w:szCs w:val="27"/>
        </w:rPr>
      </w:pPr>
      <w:r w:rsidRPr="787CF53B">
        <w:rPr>
          <w:rFonts w:ascii="Calibri" w:eastAsia="Calibri" w:hAnsi="Calibri" w:cs="Calibri"/>
          <w:b/>
          <w:bCs/>
          <w:color w:val="1F3864"/>
          <w:sz w:val="27"/>
          <w:szCs w:val="27"/>
        </w:rPr>
        <w:t>ePortfolio — Course Planning Guide</w:t>
      </w:r>
    </w:p>
    <w:p w14:paraId="2F154642" w14:textId="6101F5B3" w:rsidR="003222C0" w:rsidRDefault="787CF53B" w:rsidP="28E8B80F">
      <w:pPr>
        <w:spacing w:after="0"/>
        <w:rPr>
          <w:rFonts w:ascii="Calibri" w:eastAsia="Calibri" w:hAnsi="Calibri" w:cs="Calibri"/>
          <w:b/>
          <w:bCs/>
          <w:color w:val="1F3864"/>
          <w:sz w:val="19"/>
          <w:szCs w:val="19"/>
        </w:rPr>
      </w:pPr>
      <w:r w:rsidRPr="28E8B80F">
        <w:rPr>
          <w:rFonts w:ascii="Calibri" w:eastAsia="Calibri" w:hAnsi="Calibri" w:cs="Calibri"/>
          <w:b/>
          <w:bCs/>
          <w:color w:val="1F3864"/>
          <w:sz w:val="19"/>
          <w:szCs w:val="19"/>
        </w:rPr>
        <w:t xml:space="preserve">Course: </w:t>
      </w:r>
    </w:p>
    <w:p w14:paraId="3AB79CA1" w14:textId="55F7A591" w:rsidR="3775E987" w:rsidRDefault="3775E987" w:rsidP="7485AFA9">
      <w:pPr>
        <w:spacing w:after="60"/>
        <w:rPr>
          <w:rFonts w:ascii="Calibri" w:eastAsia="Calibri" w:hAnsi="Calibri" w:cs="Calibri"/>
          <w:sz w:val="19"/>
          <w:szCs w:val="19"/>
        </w:rPr>
      </w:pPr>
      <w:r w:rsidRPr="28E8B80F">
        <w:rPr>
          <w:rFonts w:ascii="Calibri" w:eastAsia="Calibri" w:hAnsi="Calibri" w:cs="Calibri"/>
          <w:color w:val="1F3864"/>
          <w:sz w:val="19"/>
          <w:szCs w:val="19"/>
        </w:rPr>
        <w:t>Does the plan seek additional High Intensity Employer Engagement designation? Yes or No</w:t>
      </w:r>
    </w:p>
    <w:tbl>
      <w:tblPr>
        <w:tblW w:w="0" w:type="auto"/>
        <w:jc w:val="center"/>
        <w:tblLook w:val="04A0" w:firstRow="1" w:lastRow="0" w:firstColumn="1" w:lastColumn="0" w:noHBand="0" w:noVBand="1"/>
      </w:tblPr>
      <w:tblGrid>
        <w:gridCol w:w="11002"/>
      </w:tblGrid>
      <w:tr w:rsidR="003222C0" w14:paraId="3EDD06C3" w14:textId="77777777" w:rsidTr="7485AFA9">
        <w:trPr>
          <w:jc w:val="center"/>
        </w:trPr>
        <w:tc>
          <w:tcPr>
            <w:tcW w:w="11002" w:type="dxa"/>
            <w:tcBorders>
              <w:top w:val="single" w:sz="8" w:space="0" w:color="B4C7E7"/>
              <w:left w:val="single" w:sz="8" w:space="0" w:color="B4C7E7"/>
              <w:bottom w:val="single" w:sz="8" w:space="0" w:color="B4C7E7"/>
              <w:right w:val="single" w:sz="8" w:space="0" w:color="B4C7E7"/>
            </w:tcBorders>
            <w:shd w:val="clear" w:color="auto" w:fill="EAF1F8"/>
            <w:tcMar>
              <w:top w:w="50" w:type="dxa"/>
              <w:left w:w="100" w:type="dxa"/>
              <w:bottom w:w="50" w:type="dxa"/>
              <w:right w:w="100" w:type="dxa"/>
            </w:tcMar>
          </w:tcPr>
          <w:p w14:paraId="3FD94D0F" w14:textId="43B24AC9" w:rsidR="003222C0" w:rsidRDefault="0F38B77F" w:rsidP="62D8B90E">
            <w:pPr>
              <w:spacing w:after="80"/>
              <w:rPr>
                <w:rFonts w:ascii="Calibri" w:eastAsia="Calibri" w:hAnsi="Calibri" w:cs="Calibri"/>
                <w:color w:val="000000" w:themeColor="text1"/>
                <w:sz w:val="19"/>
                <w:szCs w:val="19"/>
              </w:rPr>
            </w:pPr>
            <w:r w:rsidRPr="62D8B90E">
              <w:rPr>
                <w:rFonts w:ascii="Calibri" w:eastAsia="Calibri" w:hAnsi="Calibri" w:cs="Calibri"/>
                <w:b/>
                <w:bCs/>
                <w:color w:val="000000" w:themeColor="text1"/>
                <w:sz w:val="19"/>
                <w:szCs w:val="19"/>
              </w:rPr>
              <w:t xml:space="preserve">Purpose. </w:t>
            </w:r>
            <w:r w:rsidRPr="62D8B90E">
              <w:rPr>
                <w:rFonts w:ascii="Calibri" w:eastAsia="Calibri" w:hAnsi="Calibri" w:cs="Calibri"/>
                <w:color w:val="000000" w:themeColor="text1"/>
                <w:sz w:val="19"/>
                <w:szCs w:val="19"/>
              </w:rPr>
              <w:t xml:space="preserve">This document is a planning tool for faculty designing or redesigning a course that includes </w:t>
            </w:r>
            <w:r w:rsidR="377559F9" w:rsidRPr="62D8B90E">
              <w:rPr>
                <w:rFonts w:ascii="Calibri" w:eastAsia="Calibri" w:hAnsi="Calibri" w:cs="Calibri"/>
                <w:color w:val="000000" w:themeColor="text1"/>
                <w:sz w:val="19"/>
                <w:szCs w:val="19"/>
              </w:rPr>
              <w:t>ePortfolio</w:t>
            </w:r>
            <w:r w:rsidRPr="62D8B90E">
              <w:rPr>
                <w:rFonts w:ascii="Calibri" w:eastAsia="Calibri" w:hAnsi="Calibri" w:cs="Calibri"/>
                <w:color w:val="000000" w:themeColor="text1"/>
                <w:sz w:val="19"/>
                <w:szCs w:val="19"/>
              </w:rPr>
              <w:t xml:space="preserve"> with or without an external partner. Please visit the Framework website and other resources to inform planning. This completed form is then uploaded to Coursedog as part of the curriculum review process.  </w:t>
            </w:r>
          </w:p>
          <w:p w14:paraId="1214AF8C" w14:textId="56419151" w:rsidR="003222C0" w:rsidRDefault="545A5F27" w:rsidP="7485AFA9">
            <w:pPr>
              <w:spacing w:after="0"/>
              <w:rPr>
                <w:rFonts w:ascii="Calibri" w:eastAsia="Calibri" w:hAnsi="Calibri" w:cs="Calibri"/>
                <w:color w:val="000000" w:themeColor="text1"/>
                <w:sz w:val="19"/>
                <w:szCs w:val="19"/>
              </w:rPr>
            </w:pPr>
            <w:r w:rsidRPr="7485AFA9">
              <w:rPr>
                <w:rFonts w:ascii="Calibri" w:eastAsia="Calibri" w:hAnsi="Calibri" w:cs="Calibri"/>
                <w:b/>
                <w:bCs/>
                <w:color w:val="000000" w:themeColor="text1"/>
                <w:sz w:val="19"/>
                <w:szCs w:val="19"/>
              </w:rPr>
              <w:t xml:space="preserve">How to </w:t>
            </w:r>
            <w:bookmarkStart w:id="0" w:name="_Int_RJkrjpng"/>
            <w:r w:rsidRPr="7485AFA9">
              <w:rPr>
                <w:rFonts w:ascii="Calibri" w:eastAsia="Calibri" w:hAnsi="Calibri" w:cs="Calibri"/>
                <w:b/>
                <w:bCs/>
                <w:color w:val="000000" w:themeColor="text1"/>
                <w:sz w:val="19"/>
                <w:szCs w:val="19"/>
              </w:rPr>
              <w:t>use</w:t>
            </w:r>
            <w:bookmarkEnd w:id="0"/>
            <w:r w:rsidRPr="7485AFA9">
              <w:rPr>
                <w:rFonts w:ascii="Calibri" w:eastAsia="Calibri" w:hAnsi="Calibri" w:cs="Calibri"/>
                <w:b/>
                <w:bCs/>
                <w:color w:val="000000" w:themeColor="text1"/>
                <w:sz w:val="19"/>
                <w:szCs w:val="19"/>
              </w:rPr>
              <w:t xml:space="preserve">. </w:t>
            </w:r>
            <w:r w:rsidRPr="7485AFA9">
              <w:rPr>
                <w:rFonts w:ascii="Calibri" w:eastAsia="Calibri" w:hAnsi="Calibri" w:cs="Calibri"/>
                <w:color w:val="000000" w:themeColor="text1"/>
                <w:sz w:val="19"/>
                <w:szCs w:val="19"/>
              </w:rPr>
              <w:t xml:space="preserve">Review criteria below, which define high-quality indicators of this practice. Use the column to the right for elaboration and </w:t>
            </w:r>
            <w:r w:rsidR="3F3E071B" w:rsidRPr="7485AFA9">
              <w:rPr>
                <w:rFonts w:ascii="Calibri" w:eastAsia="Calibri" w:hAnsi="Calibri" w:cs="Calibri"/>
                <w:color w:val="000000" w:themeColor="text1"/>
                <w:sz w:val="19"/>
                <w:szCs w:val="19"/>
              </w:rPr>
              <w:t>evidence</w:t>
            </w:r>
            <w:r w:rsidRPr="7485AFA9">
              <w:rPr>
                <w:rFonts w:ascii="Calibri" w:eastAsia="Calibri" w:hAnsi="Calibri" w:cs="Calibri"/>
                <w:color w:val="000000" w:themeColor="text1"/>
                <w:sz w:val="19"/>
                <w:szCs w:val="19"/>
              </w:rPr>
              <w:t>, which will also serve to guide curriculum reviewers to locate evidence within the submitted syllabus, assignments, and any other relevant artifacts. Use Criterion 7 only if the course is intended to systematically integrate an employer, industry, or community partner for High-Intensity Employer Engagement Designation.</w:t>
            </w:r>
          </w:p>
        </w:tc>
      </w:tr>
    </w:tbl>
    <w:p w14:paraId="672A6659" w14:textId="77777777" w:rsidR="003222C0" w:rsidRDefault="003222C0" w:rsidP="787CF53B">
      <w:pPr>
        <w:spacing w:after="0"/>
        <w:rPr>
          <w:rFonts w:ascii="Calibri" w:eastAsia="Calibri" w:hAnsi="Calibri" w:cs="Calibri"/>
        </w:rPr>
      </w:pPr>
    </w:p>
    <w:tbl>
      <w:tblPr>
        <w:tblW w:w="10685" w:type="dxa"/>
        <w:jc w:val="center"/>
        <w:tblLayout w:type="fixed"/>
        <w:tblLook w:val="04A0" w:firstRow="1" w:lastRow="0" w:firstColumn="1" w:lastColumn="0" w:noHBand="0" w:noVBand="1"/>
      </w:tblPr>
      <w:tblGrid>
        <w:gridCol w:w="5025"/>
        <w:gridCol w:w="5660"/>
      </w:tblGrid>
      <w:tr w:rsidR="003222C0" w14:paraId="63AFF5E2" w14:textId="77777777" w:rsidTr="28E8B80F">
        <w:trPr>
          <w:tblHeader/>
          <w:jc w:val="center"/>
        </w:trPr>
        <w:tc>
          <w:tcPr>
            <w:tcW w:w="5025" w:type="dxa"/>
            <w:tcBorders>
              <w:top w:val="single" w:sz="4" w:space="0" w:color="1F3864"/>
              <w:left w:val="single" w:sz="4" w:space="0" w:color="1F3864"/>
              <w:bottom w:val="single" w:sz="4" w:space="0" w:color="1F3864"/>
              <w:right w:val="single" w:sz="4" w:space="0" w:color="1F3864"/>
            </w:tcBorders>
            <w:shd w:val="clear" w:color="auto" w:fill="1F3864"/>
            <w:tcMar>
              <w:top w:w="42" w:type="dxa"/>
              <w:left w:w="76" w:type="dxa"/>
              <w:bottom w:w="42" w:type="dxa"/>
              <w:right w:w="76" w:type="dxa"/>
            </w:tcMar>
          </w:tcPr>
          <w:p w14:paraId="1FDF52F2" w14:textId="77777777" w:rsidR="003222C0" w:rsidRDefault="787CF53B" w:rsidP="787CF53B">
            <w:pPr>
              <w:rPr>
                <w:rFonts w:ascii="Calibri" w:eastAsia="Calibri" w:hAnsi="Calibri" w:cs="Calibri"/>
                <w:b/>
                <w:bCs/>
                <w:color w:val="FFFFFF" w:themeColor="background1"/>
                <w:sz w:val="19"/>
                <w:szCs w:val="19"/>
              </w:rPr>
            </w:pPr>
            <w:r w:rsidRPr="787CF53B">
              <w:rPr>
                <w:rFonts w:ascii="Calibri" w:eastAsia="Calibri" w:hAnsi="Calibri" w:cs="Calibri"/>
                <w:b/>
                <w:bCs/>
                <w:color w:val="FFFFFF" w:themeColor="background1"/>
                <w:sz w:val="19"/>
                <w:szCs w:val="19"/>
              </w:rPr>
              <w:t>Criteria</w:t>
            </w:r>
          </w:p>
        </w:tc>
        <w:tc>
          <w:tcPr>
            <w:tcW w:w="5660" w:type="dxa"/>
            <w:tcBorders>
              <w:top w:val="single" w:sz="4" w:space="0" w:color="1F3864"/>
              <w:left w:val="single" w:sz="4" w:space="0" w:color="1F3864"/>
              <w:bottom w:val="single" w:sz="4" w:space="0" w:color="1F3864"/>
              <w:right w:val="single" w:sz="4" w:space="0" w:color="1F3864"/>
            </w:tcBorders>
            <w:shd w:val="clear" w:color="auto" w:fill="1F3864"/>
            <w:tcMar>
              <w:top w:w="42" w:type="dxa"/>
              <w:left w:w="76" w:type="dxa"/>
              <w:bottom w:w="42" w:type="dxa"/>
              <w:right w:w="76" w:type="dxa"/>
            </w:tcMar>
          </w:tcPr>
          <w:p w14:paraId="04B9812D" w14:textId="77777777" w:rsidR="003222C0" w:rsidRDefault="787CF53B" w:rsidP="787CF53B">
            <w:pPr>
              <w:rPr>
                <w:rFonts w:ascii="Calibri" w:eastAsia="Calibri" w:hAnsi="Calibri" w:cs="Calibri"/>
                <w:b/>
                <w:bCs/>
                <w:color w:val="FFFFFF" w:themeColor="background1"/>
                <w:sz w:val="19"/>
                <w:szCs w:val="19"/>
              </w:rPr>
            </w:pPr>
            <w:r w:rsidRPr="787CF53B">
              <w:rPr>
                <w:rFonts w:ascii="Calibri" w:eastAsia="Calibri" w:hAnsi="Calibri" w:cs="Calibri"/>
                <w:b/>
                <w:bCs/>
                <w:color w:val="FFFFFF" w:themeColor="background1"/>
                <w:sz w:val="19"/>
                <w:szCs w:val="19"/>
              </w:rPr>
              <w:t>Elaboration &amp; Documentation</w:t>
            </w:r>
          </w:p>
        </w:tc>
      </w:tr>
      <w:tr w:rsidR="003222C0" w14:paraId="5282B3F9" w14:textId="77777777" w:rsidTr="28E8B80F">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063F7AE3" w14:textId="77777777" w:rsidR="003222C0"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Purposeful Design &amp; Academic Rigor</w:t>
            </w:r>
          </w:p>
          <w:p w14:paraId="213AB2CE" w14:textId="552A78CA" w:rsidR="003222C0"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The course is intentionally designed, academically rigorous, and aligned with course and program learning outcomes. Students engage in structured ePortfolio activities that guide the collection, analysis, organization, reflection, and presentation of learning over time. </w:t>
            </w:r>
          </w:p>
        </w:tc>
        <w:sdt>
          <w:sdtPr>
            <w:rPr>
              <w:rFonts w:ascii="Calibri" w:eastAsia="Calibri" w:hAnsi="Calibri" w:cs="Calibri"/>
              <w:b/>
              <w:bCs/>
              <w:color w:val="000000" w:themeColor="text1"/>
              <w:sz w:val="19"/>
              <w:szCs w:val="19"/>
            </w:rPr>
            <w:id w:val="-1634862568"/>
            <w:placeholder>
              <w:docPart w:val="DefaultPlaceholder_-1854013440"/>
            </w:placeholder>
            <w:showingPlcHdr/>
            <w:text/>
          </w:sdtPr>
          <w:sdtContent>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457635F7" w14:textId="02445F9D" w:rsidR="003222C0" w:rsidRDefault="005C6C82" w:rsidP="28E8B80F">
                <w:pPr>
                  <w:spacing w:before="20" w:after="0" w:line="240" w:lineRule="auto"/>
                  <w:rPr>
                    <w:rFonts w:ascii="Calibri" w:eastAsia="Calibri" w:hAnsi="Calibri" w:cs="Calibri"/>
                    <w:b/>
                    <w:bCs/>
                    <w:color w:val="000000" w:themeColor="text1"/>
                    <w:sz w:val="19"/>
                    <w:szCs w:val="19"/>
                  </w:rPr>
                </w:pPr>
                <w:r w:rsidRPr="00677B5C">
                  <w:rPr>
                    <w:rStyle w:val="PlaceholderText"/>
                  </w:rPr>
                  <w:t>Click or tap here to enter text.</w:t>
                </w:r>
              </w:p>
            </w:tc>
          </w:sdtContent>
        </w:sdt>
      </w:tr>
      <w:tr w:rsidR="003222C0" w14:paraId="2A972AF8" w14:textId="77777777" w:rsidTr="28E8B80F">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35B037B1" w14:textId="77777777" w:rsidR="003222C0"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Integration &amp; Synthesis of Learning</w:t>
            </w:r>
          </w:p>
          <w:p w14:paraId="44F28FF7" w14:textId="5331317D" w:rsidR="003222C0"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Students intentionally connect, organize, and synthesize learning from courses, co-curricular activities, professional experiences, and personal development. The ePortfolio provides opportunities for students to make meaning of their learning, demonstrate growth, and connect experiences across academic, professional, civic, and personal contexts.</w:t>
            </w:r>
          </w:p>
        </w:tc>
        <w:sdt>
          <w:sdtPr>
            <w:rPr>
              <w:rFonts w:ascii="Calibri" w:eastAsia="Calibri" w:hAnsi="Calibri" w:cs="Calibri"/>
              <w:b/>
              <w:bCs/>
              <w:color w:val="000000" w:themeColor="text1"/>
              <w:sz w:val="19"/>
              <w:szCs w:val="19"/>
            </w:rPr>
            <w:id w:val="-60404714"/>
            <w:placeholder>
              <w:docPart w:val="DefaultPlaceholder_-1854013440"/>
            </w:placeholder>
            <w:showingPlcHdr/>
            <w:text/>
          </w:sdtPr>
          <w:sdtContent>
            <w:tc>
              <w:tcPr>
                <w:tcW w:w="566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12157489" w14:textId="1DC7D41C" w:rsidR="003222C0" w:rsidRDefault="005C6C82" w:rsidP="28E8B80F">
                <w:pPr>
                  <w:spacing w:before="20" w:after="0" w:line="240" w:lineRule="auto"/>
                  <w:rPr>
                    <w:rFonts w:ascii="Calibri" w:eastAsia="Calibri" w:hAnsi="Calibri" w:cs="Calibri"/>
                    <w:b/>
                    <w:bCs/>
                    <w:color w:val="000000" w:themeColor="text1"/>
                    <w:sz w:val="19"/>
                    <w:szCs w:val="19"/>
                  </w:rPr>
                </w:pPr>
                <w:r w:rsidRPr="00677B5C">
                  <w:rPr>
                    <w:rStyle w:val="PlaceholderText"/>
                  </w:rPr>
                  <w:t>Click or tap here to enter text.</w:t>
                </w:r>
              </w:p>
            </w:tc>
          </w:sdtContent>
        </w:sdt>
      </w:tr>
      <w:tr w:rsidR="003222C0" w14:paraId="334CC51E" w14:textId="77777777" w:rsidTr="28E8B80F">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2A0B4763" w14:textId="77777777" w:rsidR="003222C0"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Curation &amp; Identity Development</w:t>
            </w:r>
          </w:p>
          <w:p w14:paraId="40C6E48A" w14:textId="256B3222" w:rsidR="003222C0"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curate artifacts, experiences, and evidence in ways that communicate learning, growth, and achievement. Through the process of curation, students develop a clearer understanding of their strengths, values, goals, and academic, professional, or personal identity. </w:t>
            </w:r>
          </w:p>
        </w:tc>
        <w:sdt>
          <w:sdtPr>
            <w:rPr>
              <w:rFonts w:ascii="Calibri" w:eastAsia="Calibri" w:hAnsi="Calibri" w:cs="Calibri"/>
              <w:b/>
              <w:bCs/>
              <w:color w:val="000000" w:themeColor="text1"/>
              <w:sz w:val="19"/>
              <w:szCs w:val="19"/>
            </w:rPr>
            <w:id w:val="-1605576602"/>
            <w:placeholder>
              <w:docPart w:val="DefaultPlaceholder_-1854013440"/>
            </w:placeholder>
            <w:showingPlcHdr/>
            <w:text/>
          </w:sdtPr>
          <w:sdtContent>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3AD3B79B" w14:textId="16ECCC47" w:rsidR="003222C0" w:rsidRDefault="005C6C82" w:rsidP="28E8B80F">
                <w:pPr>
                  <w:spacing w:before="20" w:after="0" w:line="240" w:lineRule="auto"/>
                  <w:rPr>
                    <w:rFonts w:ascii="Calibri" w:eastAsia="Calibri" w:hAnsi="Calibri" w:cs="Calibri"/>
                    <w:b/>
                    <w:bCs/>
                    <w:color w:val="000000" w:themeColor="text1"/>
                    <w:sz w:val="19"/>
                    <w:szCs w:val="19"/>
                  </w:rPr>
                </w:pPr>
                <w:r w:rsidRPr="00677B5C">
                  <w:rPr>
                    <w:rStyle w:val="PlaceholderText"/>
                  </w:rPr>
                  <w:t>Click or tap here to enter text.</w:t>
                </w:r>
              </w:p>
            </w:tc>
          </w:sdtContent>
        </w:sdt>
      </w:tr>
      <w:tr w:rsidR="003222C0" w14:paraId="09C56694" w14:textId="77777777" w:rsidTr="28E8B80F">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09AA0814" w14:textId="77777777" w:rsidR="003222C0"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Structured Reflection</w:t>
            </w:r>
          </w:p>
          <w:p w14:paraId="3C639082" w14:textId="576C39F1" w:rsidR="003222C0" w:rsidRDefault="787CF53B" w:rsidP="787CF53B">
            <w:pPr>
              <w:spacing w:after="0" w:line="240" w:lineRule="auto"/>
            </w:pPr>
            <w:r w:rsidRPr="7485AFA9">
              <w:rPr>
                <w:rFonts w:ascii="Calibri" w:eastAsia="Calibri" w:hAnsi="Calibri" w:cs="Calibri"/>
                <w:color w:val="000000" w:themeColor="text1"/>
                <w:sz w:val="19"/>
                <w:szCs w:val="19"/>
              </w:rPr>
              <w:t xml:space="preserve">Students engage in structured reflection throughout the course to examine learning, experiences, growth, and future goals. Reflection activities support meaning-making, integration of learning, identity development, and continuous improvement of the ePortfolio. </w:t>
            </w:r>
          </w:p>
        </w:tc>
        <w:sdt>
          <w:sdtPr>
            <w:rPr>
              <w:rFonts w:ascii="Calibri" w:eastAsia="Calibri" w:hAnsi="Calibri" w:cs="Calibri"/>
              <w:b/>
              <w:bCs/>
              <w:color w:val="000000" w:themeColor="text1"/>
              <w:sz w:val="19"/>
              <w:szCs w:val="19"/>
            </w:rPr>
            <w:id w:val="-1824808690"/>
            <w:placeholder>
              <w:docPart w:val="DefaultPlaceholder_-1854013440"/>
            </w:placeholder>
            <w:showingPlcHdr/>
            <w:text/>
          </w:sdtPr>
          <w:sdtContent>
            <w:tc>
              <w:tcPr>
                <w:tcW w:w="566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4F896D1E" w14:textId="7E4950AD" w:rsidR="003222C0" w:rsidRDefault="005C6C82" w:rsidP="28E8B80F">
                <w:pPr>
                  <w:spacing w:before="20" w:after="0" w:line="240" w:lineRule="auto"/>
                  <w:rPr>
                    <w:rFonts w:ascii="Calibri" w:eastAsia="Calibri" w:hAnsi="Calibri" w:cs="Calibri"/>
                    <w:b/>
                    <w:bCs/>
                    <w:color w:val="000000" w:themeColor="text1"/>
                    <w:sz w:val="19"/>
                    <w:szCs w:val="19"/>
                  </w:rPr>
                </w:pPr>
                <w:r w:rsidRPr="00677B5C">
                  <w:rPr>
                    <w:rStyle w:val="PlaceholderText"/>
                  </w:rPr>
                  <w:t>Click or tap here to enter text.</w:t>
                </w:r>
              </w:p>
            </w:tc>
          </w:sdtContent>
        </w:sdt>
      </w:tr>
      <w:tr w:rsidR="003222C0" w14:paraId="188774D6" w14:textId="77777777" w:rsidTr="28E8B80F">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1BF926BE" w14:textId="77777777" w:rsidR="003222C0"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Feedback &amp; Iteration</w:t>
            </w:r>
          </w:p>
          <w:p w14:paraId="2197B796" w14:textId="2FCF67F3" w:rsidR="003222C0"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receive ongoing feedback from faculty, peers, advisors, employers, or other stakeholders and use that feedback to improve artifacts, reflections, organization, and communication of learning. Iterative revision supports deeper reflection, stronger integration of learning, and a more effective presentation of learning for the intended audience. </w:t>
            </w:r>
          </w:p>
        </w:tc>
        <w:sdt>
          <w:sdtPr>
            <w:rPr>
              <w:rFonts w:ascii="Calibri" w:eastAsia="Calibri" w:hAnsi="Calibri" w:cs="Calibri"/>
              <w:b/>
              <w:bCs/>
              <w:color w:val="000000" w:themeColor="text1"/>
              <w:sz w:val="19"/>
              <w:szCs w:val="19"/>
            </w:rPr>
            <w:id w:val="276302184"/>
            <w:placeholder>
              <w:docPart w:val="DefaultPlaceholder_-1854013440"/>
            </w:placeholder>
            <w:showingPlcHdr/>
            <w:text/>
          </w:sdtPr>
          <w:sdtContent>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2811C8C0" w14:textId="1A06C3AE" w:rsidR="003222C0" w:rsidRDefault="005C6C82" w:rsidP="28E8B80F">
                <w:pPr>
                  <w:spacing w:before="20" w:after="0" w:line="240" w:lineRule="auto"/>
                  <w:rPr>
                    <w:rFonts w:ascii="Calibri" w:eastAsia="Calibri" w:hAnsi="Calibri" w:cs="Calibri"/>
                    <w:b/>
                    <w:bCs/>
                    <w:color w:val="000000" w:themeColor="text1"/>
                    <w:sz w:val="19"/>
                    <w:szCs w:val="19"/>
                  </w:rPr>
                </w:pPr>
                <w:r w:rsidRPr="00677B5C">
                  <w:rPr>
                    <w:rStyle w:val="PlaceholderText"/>
                  </w:rPr>
                  <w:t>Click or tap here to enter text.</w:t>
                </w:r>
              </w:p>
            </w:tc>
          </w:sdtContent>
        </w:sdt>
      </w:tr>
      <w:tr w:rsidR="003222C0" w14:paraId="466E4D64" w14:textId="77777777" w:rsidTr="28E8B80F">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082D915F" w14:textId="6DB7BCE5" w:rsidR="003222C0" w:rsidRDefault="787CF53B" w:rsidP="28E8B80F">
            <w:pPr>
              <w:spacing w:after="20"/>
              <w:rPr>
                <w:rFonts w:ascii="Calibri" w:eastAsia="Calibri" w:hAnsi="Calibri" w:cs="Calibri"/>
                <w:b/>
                <w:bCs/>
                <w:color w:val="1F3864"/>
                <w:sz w:val="19"/>
                <w:szCs w:val="19"/>
              </w:rPr>
            </w:pPr>
            <w:r w:rsidRPr="28E8B80F">
              <w:rPr>
                <w:rFonts w:ascii="Calibri" w:eastAsia="Calibri" w:hAnsi="Calibri" w:cs="Calibri"/>
                <w:b/>
                <w:bCs/>
                <w:color w:val="1F3864"/>
                <w:sz w:val="19"/>
                <w:szCs w:val="19"/>
              </w:rPr>
              <w:t>Demonstration of Learning</w:t>
            </w:r>
          </w:p>
          <w:p w14:paraId="28519E45" w14:textId="64A80A0D" w:rsidR="003222C0"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communicate and demonstrate learning through a curated collection of artifacts, reflections, and evidence that showcase growth, achievement, and learning outcomes. The ePortfolio provides opportunities for students to make learning </w:t>
            </w:r>
            <w:r w:rsidRPr="7485AFA9">
              <w:rPr>
                <w:rFonts w:ascii="Calibri" w:eastAsia="Calibri" w:hAnsi="Calibri" w:cs="Calibri"/>
                <w:color w:val="000000" w:themeColor="text1"/>
                <w:sz w:val="19"/>
                <w:szCs w:val="19"/>
              </w:rPr>
              <w:lastRenderedPageBreak/>
              <w:t xml:space="preserve">visible, communicate accomplishments to intended audiences, and demonstrate readiness for future academic, professional, civic, or personal goals. </w:t>
            </w:r>
          </w:p>
        </w:tc>
        <w:tc>
          <w:tcPr>
            <w:tcW w:w="566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sdt>
            <w:sdtPr>
              <w:rPr>
                <w:rFonts w:ascii="Calibri" w:eastAsia="Calibri" w:hAnsi="Calibri" w:cs="Calibri"/>
                <w:sz w:val="19"/>
                <w:szCs w:val="19"/>
              </w:rPr>
              <w:id w:val="-1161697130"/>
              <w:placeholder>
                <w:docPart w:val="DefaultPlaceholder_-1854013440"/>
              </w:placeholder>
              <w:showingPlcHdr/>
              <w:text/>
            </w:sdtPr>
            <w:sdtContent>
              <w:p w14:paraId="707A97D8" w14:textId="113AB628" w:rsidR="7485AFA9" w:rsidRDefault="005C6C82" w:rsidP="7485AFA9">
                <w:pPr>
                  <w:spacing w:after="20" w:line="240" w:lineRule="auto"/>
                  <w:rPr>
                    <w:rFonts w:ascii="Calibri" w:eastAsia="Calibri" w:hAnsi="Calibri" w:cs="Calibri"/>
                    <w:sz w:val="19"/>
                    <w:szCs w:val="19"/>
                  </w:rPr>
                </w:pPr>
                <w:r w:rsidRPr="00677B5C">
                  <w:rPr>
                    <w:rStyle w:val="PlaceholderText"/>
                  </w:rPr>
                  <w:t>Click or tap here to enter text.</w:t>
                </w:r>
              </w:p>
            </w:sdtContent>
          </w:sdt>
          <w:p w14:paraId="3ED56A99" w14:textId="1B13A7FE" w:rsidR="003222C0" w:rsidRDefault="003222C0" w:rsidP="28E8B80F">
            <w:pPr>
              <w:spacing w:before="20" w:after="0" w:line="240" w:lineRule="auto"/>
              <w:rPr>
                <w:rFonts w:ascii="Calibri" w:eastAsia="Calibri" w:hAnsi="Calibri" w:cs="Calibri"/>
                <w:b/>
                <w:bCs/>
                <w:color w:val="000000" w:themeColor="text1"/>
                <w:sz w:val="19"/>
                <w:szCs w:val="19"/>
              </w:rPr>
            </w:pPr>
          </w:p>
        </w:tc>
      </w:tr>
      <w:tr w:rsidR="003222C0" w14:paraId="2B4C1B76" w14:textId="77777777" w:rsidTr="28E8B80F">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7B6604B2" w14:textId="77777777" w:rsidR="003222C0"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ePortfolio Partner Engagement (Optional Designation)</w:t>
            </w:r>
          </w:p>
          <w:p w14:paraId="0D5C29B8" w14:textId="663DC665" w:rsidR="003222C0"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engage with employers, industry professionals, community organizations, alumni, advisors, or other external stakeholders through activities connected to the ePortfolio. External engagement provides opportunities for students to receive authentic feedback, communicate learning to broader audiences, and connect academic learning with future academic, professional, civic, or career goals. </w:t>
            </w:r>
          </w:p>
        </w:tc>
        <w:sdt>
          <w:sdtPr>
            <w:rPr>
              <w:rFonts w:ascii="Calibri" w:eastAsia="Calibri" w:hAnsi="Calibri" w:cs="Calibri"/>
              <w:b/>
              <w:bCs/>
              <w:color w:val="000000" w:themeColor="text1"/>
              <w:sz w:val="19"/>
              <w:szCs w:val="19"/>
            </w:rPr>
            <w:id w:val="521134038"/>
            <w:placeholder>
              <w:docPart w:val="DefaultPlaceholder_-1854013440"/>
            </w:placeholder>
            <w:showingPlcHdr/>
            <w:text/>
          </w:sdtPr>
          <w:sdtContent>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190013B9" w14:textId="400DBF4D" w:rsidR="003222C0" w:rsidRDefault="005C6C82" w:rsidP="28E8B80F">
                <w:pPr>
                  <w:spacing w:before="20" w:after="0" w:line="240" w:lineRule="auto"/>
                  <w:rPr>
                    <w:rFonts w:ascii="Calibri" w:eastAsia="Calibri" w:hAnsi="Calibri" w:cs="Calibri"/>
                    <w:b/>
                    <w:bCs/>
                    <w:color w:val="000000" w:themeColor="text1"/>
                    <w:sz w:val="19"/>
                    <w:szCs w:val="19"/>
                  </w:rPr>
                </w:pPr>
                <w:r w:rsidRPr="00677B5C">
                  <w:rPr>
                    <w:rStyle w:val="PlaceholderText"/>
                  </w:rPr>
                  <w:t>Click or tap here to enter text.</w:t>
                </w:r>
              </w:p>
            </w:tc>
          </w:sdtContent>
        </w:sdt>
      </w:tr>
    </w:tbl>
    <w:p w14:paraId="38D7F502" w14:textId="02A27CCE" w:rsidR="62D8B90E" w:rsidRDefault="62D8B90E"/>
    <w:sectPr w:rsidR="62D8B90E" w:rsidSect="00034616">
      <w:headerReference w:type="default" r:id="rId11"/>
      <w:footerReference w:type="default" r:id="rId12"/>
      <w:pgSz w:w="12240" w:h="15840"/>
      <w:pgMar w:top="490" w:right="619" w:bottom="490" w:left="6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13D9" w14:textId="77777777" w:rsidR="003A1CCB" w:rsidRDefault="003A1CCB">
      <w:pPr>
        <w:spacing w:after="0" w:line="240" w:lineRule="auto"/>
      </w:pPr>
      <w:r>
        <w:separator/>
      </w:r>
    </w:p>
  </w:endnote>
  <w:endnote w:type="continuationSeparator" w:id="0">
    <w:p w14:paraId="3D681F62" w14:textId="77777777" w:rsidR="003A1CCB" w:rsidRDefault="003A1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E185" w14:textId="1FD7C6E7" w:rsidR="003222C0" w:rsidRDefault="28E8B80F">
    <w:pPr>
      <w:pStyle w:val="Footer"/>
      <w:jc w:val="center"/>
    </w:pPr>
    <w:proofErr w:type="spellStart"/>
    <w:r w:rsidRPr="28E8B80F">
      <w:rPr>
        <w:i/>
        <w:iCs/>
        <w:color w:val="595959" w:themeColor="text1" w:themeTint="A6"/>
        <w:szCs w:val="16"/>
      </w:rPr>
      <w:t>ePortfolio</w:t>
    </w:r>
    <w:proofErr w:type="spellEnd"/>
    <w:r w:rsidRPr="28E8B80F">
      <w:rPr>
        <w:i/>
        <w:iCs/>
        <w:color w:val="595959" w:themeColor="text1" w:themeTint="A6"/>
        <w:szCs w:val="16"/>
      </w:rPr>
      <w:t xml:space="preserve"> — Course Planning Guide | Page </w:t>
    </w:r>
    <w:r w:rsidR="003A1CCB" w:rsidRPr="28E8B80F">
      <w:rPr>
        <w:i/>
        <w:iCs/>
        <w:color w:val="595959" w:themeColor="text1" w:themeTint="A6"/>
        <w:szCs w:val="16"/>
      </w:rPr>
      <w:fldChar w:fldCharType="begin"/>
    </w:r>
    <w:r w:rsidR="003A1CCB" w:rsidRPr="28E8B80F">
      <w:rPr>
        <w:i/>
        <w:iCs/>
        <w:color w:val="595959" w:themeColor="text1" w:themeTint="A6"/>
        <w:szCs w:val="16"/>
      </w:rPr>
      <w:instrText>PAGE</w:instrText>
    </w:r>
    <w:r w:rsidR="005C6C82">
      <w:rPr>
        <w:i/>
        <w:iCs/>
        <w:color w:val="595959" w:themeColor="text1" w:themeTint="A6"/>
        <w:szCs w:val="16"/>
      </w:rPr>
      <w:fldChar w:fldCharType="separate"/>
    </w:r>
    <w:r w:rsidR="005C6C82">
      <w:rPr>
        <w:i/>
        <w:iCs/>
        <w:noProof/>
        <w:color w:val="595959" w:themeColor="text1" w:themeTint="A6"/>
        <w:szCs w:val="16"/>
      </w:rPr>
      <w:t>1</w:t>
    </w:r>
    <w:r w:rsidR="003A1CCB" w:rsidRPr="28E8B80F">
      <w:rPr>
        <w:i/>
        <w:iCs/>
        <w:color w:val="595959" w:themeColor="text1" w:themeTint="A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0CD4" w14:textId="77777777" w:rsidR="003A1CCB" w:rsidRDefault="003A1CCB">
      <w:pPr>
        <w:spacing w:after="0" w:line="240" w:lineRule="auto"/>
      </w:pPr>
      <w:r>
        <w:separator/>
      </w:r>
    </w:p>
  </w:footnote>
  <w:footnote w:type="continuationSeparator" w:id="0">
    <w:p w14:paraId="06887A77" w14:textId="77777777" w:rsidR="003A1CCB" w:rsidRDefault="003A1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65"/>
      <w:gridCol w:w="3665"/>
      <w:gridCol w:w="3665"/>
    </w:tblGrid>
    <w:tr w:rsidR="28E8B80F" w14:paraId="741A0CA0" w14:textId="77777777" w:rsidTr="28E8B80F">
      <w:trPr>
        <w:trHeight w:val="300"/>
      </w:trPr>
      <w:tc>
        <w:tcPr>
          <w:tcW w:w="3665" w:type="dxa"/>
        </w:tcPr>
        <w:p w14:paraId="08680225" w14:textId="440DB614" w:rsidR="28E8B80F" w:rsidRDefault="28E8B80F" w:rsidP="28E8B80F">
          <w:pPr>
            <w:pStyle w:val="Header"/>
            <w:ind w:left="-115"/>
          </w:pPr>
        </w:p>
      </w:tc>
      <w:tc>
        <w:tcPr>
          <w:tcW w:w="3665" w:type="dxa"/>
        </w:tcPr>
        <w:p w14:paraId="6FB129F1" w14:textId="35B99D86" w:rsidR="28E8B80F" w:rsidRDefault="28E8B80F" w:rsidP="28E8B80F">
          <w:pPr>
            <w:pStyle w:val="Header"/>
            <w:jc w:val="center"/>
          </w:pPr>
        </w:p>
      </w:tc>
      <w:tc>
        <w:tcPr>
          <w:tcW w:w="3665" w:type="dxa"/>
        </w:tcPr>
        <w:p w14:paraId="49241DCC" w14:textId="6E67615D" w:rsidR="28E8B80F" w:rsidRDefault="28E8B80F" w:rsidP="28E8B80F">
          <w:pPr>
            <w:pStyle w:val="Header"/>
            <w:ind w:right="-115"/>
            <w:jc w:val="right"/>
          </w:pPr>
        </w:p>
      </w:tc>
    </w:tr>
  </w:tbl>
  <w:p w14:paraId="2164E62F" w14:textId="4F984F27" w:rsidR="28E8B80F" w:rsidRDefault="28E8B80F" w:rsidP="28E8B80F">
    <w:pPr>
      <w:pStyle w:val="Header"/>
    </w:pPr>
  </w:p>
</w:hdr>
</file>

<file path=word/intelligence2.xml><?xml version="1.0" encoding="utf-8"?>
<int2:intelligence xmlns:int2="http://schemas.microsoft.com/office/intelligence/2020/intelligence" xmlns:oel="http://schemas.microsoft.com/office/2019/extlst">
  <int2:observations>
    <int2:textHash int2:hashCode="odyYhByQYarczZ" int2:id="OrIj95LG">
      <int2:state int2:value="Rejected" int2:type="spell"/>
    </int2:textHash>
    <int2:textHash int2:hashCode="GOx5R2AVHI3819" int2:id="xdoBSPaj">
      <int2:state int2:value="Rejected" int2:type="spell"/>
    </int2:textHash>
    <int2:bookmark int2:bookmarkName="_Int_RJkrjpng" int2:invalidationBookmarkName="" int2:hashCode="BEiaEruqauv/th" int2:id="zdoV4Ke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75079896">
    <w:abstractNumId w:val="8"/>
  </w:num>
  <w:num w:numId="2" w16cid:durableId="1478456010">
    <w:abstractNumId w:val="6"/>
  </w:num>
  <w:num w:numId="3" w16cid:durableId="360976233">
    <w:abstractNumId w:val="5"/>
  </w:num>
  <w:num w:numId="4" w16cid:durableId="1841850425">
    <w:abstractNumId w:val="4"/>
  </w:num>
  <w:num w:numId="5" w16cid:durableId="928736194">
    <w:abstractNumId w:val="7"/>
  </w:num>
  <w:num w:numId="6" w16cid:durableId="1190801525">
    <w:abstractNumId w:val="3"/>
  </w:num>
  <w:num w:numId="7" w16cid:durableId="1880968169">
    <w:abstractNumId w:val="2"/>
  </w:num>
  <w:num w:numId="8" w16cid:durableId="384181673">
    <w:abstractNumId w:val="1"/>
  </w:num>
  <w:num w:numId="9" w16cid:durableId="111247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4vFlwX677qJxZctaq1wn1hV7MPr8OGR1ZLMOthL9BHC54t1IZeWQ9cuH0K2Pm+ovSgSunGJxZDSHb0yV0yZLAw==" w:salt="Owj57fPzthaqYhjGFgQDSQ=="/>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26A"/>
    <w:rsid w:val="0015074B"/>
    <w:rsid w:val="0029639D"/>
    <w:rsid w:val="003222C0"/>
    <w:rsid w:val="00326F90"/>
    <w:rsid w:val="003A1CCB"/>
    <w:rsid w:val="005C6C82"/>
    <w:rsid w:val="00AA1D8D"/>
    <w:rsid w:val="00B47730"/>
    <w:rsid w:val="00CA6409"/>
    <w:rsid w:val="00CB0664"/>
    <w:rsid w:val="00FC693F"/>
    <w:rsid w:val="0F38B77F"/>
    <w:rsid w:val="131F3831"/>
    <w:rsid w:val="1336586F"/>
    <w:rsid w:val="16D434E0"/>
    <w:rsid w:val="26CD1EE2"/>
    <w:rsid w:val="28E8B80F"/>
    <w:rsid w:val="2B629C78"/>
    <w:rsid w:val="3688F811"/>
    <w:rsid w:val="377559F9"/>
    <w:rsid w:val="3775E987"/>
    <w:rsid w:val="3A89B1EC"/>
    <w:rsid w:val="3BE2CE21"/>
    <w:rsid w:val="3F3E071B"/>
    <w:rsid w:val="408E6CDD"/>
    <w:rsid w:val="41A800F4"/>
    <w:rsid w:val="44BDBB54"/>
    <w:rsid w:val="545A5F27"/>
    <w:rsid w:val="586290E4"/>
    <w:rsid w:val="5AFF788D"/>
    <w:rsid w:val="5F363902"/>
    <w:rsid w:val="62D8B90E"/>
    <w:rsid w:val="6431BEF6"/>
    <w:rsid w:val="6E7B1975"/>
    <w:rsid w:val="720E8754"/>
    <w:rsid w:val="7485AFA9"/>
    <w:rsid w:val="787CF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EC3C36A-8F77-41CA-AD77-643AF8EF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5C6C8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7995C0B-BD97-48AA-8AB3-91448D88BE61}"/>
      </w:docPartPr>
      <w:docPartBody>
        <w:p w:rsidR="002B458D" w:rsidRDefault="008C5498">
          <w:r w:rsidRPr="00677B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98"/>
    <w:rsid w:val="002B458D"/>
    <w:rsid w:val="008C5498"/>
    <w:rsid w:val="00CA6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49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3FF8B65-F0EE-4896-BEB3-51E80EA6ED63}">
  <ds:schemaRefs>
    <ds:schemaRef ds:uri="http://schemas.microsoft.com/sharepoint/v3/contenttype/forms"/>
  </ds:schemaRefs>
</ds:datastoreItem>
</file>

<file path=customXml/itemProps3.xml><?xml version="1.0" encoding="utf-8"?>
<ds:datastoreItem xmlns:ds="http://schemas.openxmlformats.org/officeDocument/2006/customXml" ds:itemID="{986C1B94-7D62-462B-9FFA-DD94DC474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FEDEB5-6BB7-454F-8E88-74A978DBDE9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3269</Characters>
  <Application>Microsoft Office Word</Application>
  <DocSecurity>0</DocSecurity>
  <Lines>71</Lines>
  <Paragraphs>33</Paragraphs>
  <ScaleCrop>false</ScaleCrop>
  <Manager/>
  <Company/>
  <LinksUpToDate>false</LinksUpToDate>
  <CharactersWithSpaces>3740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2026-08-18T22:28:00Z</dcterms:created>
  <dcterms:modified xsi:type="dcterms:W3CDTF">2026-08-18T22:28:00Z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