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DB5214" w:rsidRDefault="51C9E08E" w:rsidP="51C9E08E">
      <w:pPr>
        <w:spacing w:after="0"/>
        <w:rPr>
          <w:rFonts w:ascii="Calibri" w:eastAsia="Calibri" w:hAnsi="Calibri" w:cs="Calibri"/>
          <w:b/>
          <w:bCs/>
          <w:color w:val="2F5496"/>
          <w:sz w:val="18"/>
          <w:szCs w:val="18"/>
        </w:rPr>
      </w:pPr>
      <w:r w:rsidRPr="51C9E08E">
        <w:rPr>
          <w:rFonts w:ascii="Calibri" w:eastAsia="Calibri" w:hAnsi="Calibri" w:cs="Calibri"/>
          <w:b/>
          <w:bCs/>
          <w:color w:val="2F5496"/>
          <w:sz w:val="18"/>
          <w:szCs w:val="18"/>
        </w:rPr>
        <w:t>UNT DALLAS · COURSE PLANNING GUIDE</w:t>
      </w:r>
    </w:p>
    <w:p w14:paraId="4691B07F" w14:textId="77777777" w:rsidR="00DB5214" w:rsidRDefault="51C9E08E" w:rsidP="51C9E08E">
      <w:pPr>
        <w:spacing w:after="20"/>
        <w:rPr>
          <w:rFonts w:ascii="Calibri" w:eastAsia="Calibri" w:hAnsi="Calibri" w:cs="Calibri"/>
          <w:b/>
          <w:bCs/>
          <w:color w:val="1F3864"/>
          <w:sz w:val="27"/>
          <w:szCs w:val="27"/>
        </w:rPr>
      </w:pPr>
      <w:r w:rsidRPr="51C9E08E">
        <w:rPr>
          <w:rFonts w:ascii="Calibri" w:eastAsia="Calibri" w:hAnsi="Calibri" w:cs="Calibri"/>
          <w:b/>
          <w:bCs/>
          <w:color w:val="1F3864"/>
          <w:sz w:val="27"/>
          <w:szCs w:val="27"/>
        </w:rPr>
        <w:t>Undergraduate Research — Course Planning Guide</w:t>
      </w:r>
    </w:p>
    <w:p w14:paraId="3D0E753C" w14:textId="17F6A904" w:rsidR="00DB5214" w:rsidRDefault="51C9E08E" w:rsidP="380C9152">
      <w:pPr>
        <w:spacing w:after="0"/>
        <w:rPr>
          <w:rFonts w:ascii="Calibri" w:eastAsia="Calibri" w:hAnsi="Calibri" w:cs="Calibri"/>
          <w:b/>
          <w:bCs/>
          <w:color w:val="1F3864"/>
          <w:sz w:val="19"/>
          <w:szCs w:val="19"/>
        </w:rPr>
      </w:pPr>
      <w:r w:rsidRPr="380C9152">
        <w:rPr>
          <w:rFonts w:ascii="Calibri" w:eastAsia="Calibri" w:hAnsi="Calibri" w:cs="Calibri"/>
          <w:b/>
          <w:bCs/>
          <w:color w:val="1F3864"/>
          <w:sz w:val="19"/>
          <w:szCs w:val="19"/>
        </w:rPr>
        <w:t xml:space="preserve">Course: </w:t>
      </w:r>
    </w:p>
    <w:p w14:paraId="38CCE365" w14:textId="47575B8A" w:rsidR="00DB5214" w:rsidRDefault="51C9E08E" w:rsidP="380C9152">
      <w:pPr>
        <w:spacing w:after="60"/>
        <w:rPr>
          <w:rFonts w:ascii="Calibri" w:eastAsia="Calibri" w:hAnsi="Calibri" w:cs="Calibri"/>
          <w:b/>
          <w:bCs/>
          <w:color w:val="1F3864"/>
          <w:sz w:val="19"/>
          <w:szCs w:val="19"/>
        </w:rPr>
      </w:pPr>
      <w:r w:rsidRPr="380C9152">
        <w:rPr>
          <w:rFonts w:ascii="Calibri" w:eastAsia="Calibri" w:hAnsi="Calibri" w:cs="Calibri"/>
          <w:color w:val="1F3864"/>
          <w:sz w:val="19"/>
          <w:szCs w:val="19"/>
        </w:rPr>
        <w:t xml:space="preserve">Does the plan seek additional </w:t>
      </w:r>
      <w:r w:rsidR="7F8BC99A" w:rsidRPr="380C9152">
        <w:rPr>
          <w:rFonts w:ascii="Calibri" w:eastAsia="Calibri" w:hAnsi="Calibri" w:cs="Calibri"/>
          <w:color w:val="1F3864"/>
          <w:sz w:val="19"/>
          <w:szCs w:val="19"/>
        </w:rPr>
        <w:t xml:space="preserve">High Intensity Employer Engagement </w:t>
      </w:r>
      <w:r w:rsidRPr="380C9152">
        <w:rPr>
          <w:rFonts w:ascii="Calibri" w:eastAsia="Calibri" w:hAnsi="Calibri" w:cs="Calibri"/>
          <w:color w:val="1F3864"/>
          <w:sz w:val="19"/>
          <w:szCs w:val="19"/>
        </w:rPr>
        <w:t xml:space="preserve">designation? </w:t>
      </w:r>
      <w:r w:rsidR="05AD9AB4" w:rsidRPr="380C9152">
        <w:rPr>
          <w:rFonts w:ascii="Calibri" w:eastAsia="Calibri" w:hAnsi="Calibri" w:cs="Calibri"/>
          <w:color w:val="1F3864"/>
          <w:sz w:val="19"/>
          <w:szCs w:val="19"/>
        </w:rPr>
        <w:t xml:space="preserve">Yes or </w:t>
      </w:r>
      <w:r w:rsidRPr="380C9152">
        <w:rPr>
          <w:rFonts w:ascii="Calibri" w:eastAsia="Calibri" w:hAnsi="Calibri" w:cs="Calibri"/>
          <w:color w:val="1F3864"/>
          <w:sz w:val="19"/>
          <w:szCs w:val="19"/>
        </w:rPr>
        <w:t>No</w:t>
      </w:r>
    </w:p>
    <w:tbl>
      <w:tblPr>
        <w:tblW w:w="0" w:type="auto"/>
        <w:jc w:val="center"/>
        <w:tblLook w:val="04A0" w:firstRow="1" w:lastRow="0" w:firstColumn="1" w:lastColumn="0" w:noHBand="0" w:noVBand="1"/>
      </w:tblPr>
      <w:tblGrid>
        <w:gridCol w:w="10944"/>
      </w:tblGrid>
      <w:tr w:rsidR="00DB5214" w14:paraId="50CF00F4" w14:textId="77777777" w:rsidTr="23F6FEE6">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2" w:type="dxa"/>
              <w:left w:w="100" w:type="dxa"/>
              <w:bottom w:w="52" w:type="dxa"/>
              <w:right w:w="100" w:type="dxa"/>
            </w:tcMar>
          </w:tcPr>
          <w:p w14:paraId="5082171F" w14:textId="7ED8F99A" w:rsidR="00DB5214" w:rsidRDefault="4D4A25DC" w:rsidP="775033AC">
            <w:pPr>
              <w:spacing w:after="80"/>
              <w:rPr>
                <w:rFonts w:ascii="Calibri" w:eastAsia="Calibri" w:hAnsi="Calibri" w:cs="Calibri"/>
                <w:color w:val="000000" w:themeColor="text1"/>
                <w:sz w:val="19"/>
                <w:szCs w:val="19"/>
              </w:rPr>
            </w:pPr>
            <w:r w:rsidRPr="775033AC">
              <w:rPr>
                <w:rFonts w:ascii="Calibri" w:eastAsia="Calibri" w:hAnsi="Calibri" w:cs="Calibri"/>
                <w:b/>
                <w:bCs/>
                <w:color w:val="000000" w:themeColor="text1"/>
                <w:sz w:val="19"/>
                <w:szCs w:val="19"/>
              </w:rPr>
              <w:t xml:space="preserve">Purpose. </w:t>
            </w:r>
            <w:r w:rsidRPr="775033AC">
              <w:rPr>
                <w:rFonts w:ascii="Calibri" w:eastAsia="Calibri" w:hAnsi="Calibri" w:cs="Calibri"/>
                <w:color w:val="000000" w:themeColor="text1"/>
                <w:sz w:val="19"/>
                <w:szCs w:val="19"/>
              </w:rPr>
              <w:t xml:space="preserve">This document is a planning tool for faculty designing or redesigning a course that includes </w:t>
            </w:r>
            <w:r w:rsidR="288F2E4D" w:rsidRPr="775033AC">
              <w:rPr>
                <w:rFonts w:ascii="Calibri" w:eastAsia="Calibri" w:hAnsi="Calibri" w:cs="Calibri"/>
                <w:color w:val="000000" w:themeColor="text1"/>
                <w:sz w:val="19"/>
                <w:szCs w:val="19"/>
              </w:rPr>
              <w:t>undergraduate research assignments or projects</w:t>
            </w:r>
            <w:r w:rsidRPr="775033AC">
              <w:rPr>
                <w:rFonts w:ascii="Calibri" w:eastAsia="Calibri" w:hAnsi="Calibri" w:cs="Calibri"/>
                <w:color w:val="000000" w:themeColor="text1"/>
                <w:sz w:val="19"/>
                <w:szCs w:val="19"/>
              </w:rPr>
              <w:t xml:space="preserve">, with or without an external partner. Please visit the Framework website and other resources to inform planning. This completed form is then uploaded to Coursedog as part of the curriculum review process.  </w:t>
            </w:r>
          </w:p>
          <w:p w14:paraId="1214AF8C" w14:textId="2F481237" w:rsidR="00DB5214" w:rsidRDefault="76A0253F" w:rsidP="23F6FEE6">
            <w:pPr>
              <w:spacing w:after="0"/>
              <w:rPr>
                <w:rFonts w:ascii="Calibri" w:eastAsia="Calibri" w:hAnsi="Calibri" w:cs="Calibri"/>
                <w:color w:val="000000" w:themeColor="text1"/>
                <w:sz w:val="19"/>
                <w:szCs w:val="19"/>
              </w:rPr>
            </w:pPr>
            <w:r w:rsidRPr="23F6FEE6">
              <w:rPr>
                <w:rFonts w:ascii="Calibri" w:eastAsia="Calibri" w:hAnsi="Calibri" w:cs="Calibri"/>
                <w:b/>
                <w:bCs/>
                <w:color w:val="000000" w:themeColor="text1"/>
                <w:sz w:val="19"/>
                <w:szCs w:val="19"/>
              </w:rPr>
              <w:t xml:space="preserve">How to </w:t>
            </w:r>
            <w:bookmarkStart w:id="0" w:name="_Int_HDaA3BWU"/>
            <w:r w:rsidRPr="23F6FEE6">
              <w:rPr>
                <w:rFonts w:ascii="Calibri" w:eastAsia="Calibri" w:hAnsi="Calibri" w:cs="Calibri"/>
                <w:b/>
                <w:bCs/>
                <w:color w:val="000000" w:themeColor="text1"/>
                <w:sz w:val="19"/>
                <w:szCs w:val="19"/>
              </w:rPr>
              <w:t>use</w:t>
            </w:r>
            <w:bookmarkEnd w:id="0"/>
            <w:r w:rsidRPr="23F6FEE6">
              <w:rPr>
                <w:rFonts w:ascii="Calibri" w:eastAsia="Calibri" w:hAnsi="Calibri" w:cs="Calibri"/>
                <w:b/>
                <w:bCs/>
                <w:color w:val="000000" w:themeColor="text1"/>
                <w:sz w:val="19"/>
                <w:szCs w:val="19"/>
              </w:rPr>
              <w:t xml:space="preserve">. </w:t>
            </w:r>
            <w:r w:rsidRPr="23F6FEE6">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08ED2302" w:rsidRPr="23F6FEE6">
              <w:rPr>
                <w:rFonts w:ascii="Calibri" w:eastAsia="Calibri" w:hAnsi="Calibri" w:cs="Calibri"/>
                <w:color w:val="000000" w:themeColor="text1"/>
                <w:sz w:val="19"/>
                <w:szCs w:val="19"/>
              </w:rPr>
              <w:t>evidence</w:t>
            </w:r>
            <w:r w:rsidRPr="23F6FEE6">
              <w:rPr>
                <w:rFonts w:ascii="Calibri" w:eastAsia="Calibri" w:hAnsi="Calibri" w:cs="Calibri"/>
                <w:color w:val="000000" w:themeColor="text1"/>
                <w:sz w:val="19"/>
                <w:szCs w:val="19"/>
              </w:rPr>
              <w:t>, which will also serve to guide curriculum reviewers to locate evidence within the submitted syllabus, assignments, and any other relevant artifacts. Use Criterion 7 only if the course is intended to systematically integrate an employer, industry, or community partner for High-Intensity Employer Engagement Designation.</w:t>
            </w:r>
          </w:p>
        </w:tc>
      </w:tr>
    </w:tbl>
    <w:p w14:paraId="672A6659" w14:textId="77777777" w:rsidR="00DB5214" w:rsidRDefault="00DB5214" w:rsidP="51C9E08E">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5115"/>
        <w:gridCol w:w="5512"/>
      </w:tblGrid>
      <w:tr w:rsidR="00DB5214" w14:paraId="63AFF5E2" w14:textId="77777777" w:rsidTr="380C9152">
        <w:trPr>
          <w:tblHeader/>
          <w:jc w:val="center"/>
        </w:trPr>
        <w:tc>
          <w:tcPr>
            <w:tcW w:w="5115" w:type="dxa"/>
            <w:tcBorders>
              <w:top w:val="single" w:sz="4" w:space="0" w:color="1F3864"/>
              <w:left w:val="single" w:sz="4" w:space="0" w:color="1F3864"/>
              <w:bottom w:val="single" w:sz="4" w:space="0" w:color="1F3864"/>
              <w:right w:val="single" w:sz="4" w:space="0" w:color="1F3864"/>
            </w:tcBorders>
            <w:shd w:val="clear" w:color="auto" w:fill="1F3864"/>
            <w:tcMar>
              <w:top w:w="45" w:type="dxa"/>
              <w:left w:w="78" w:type="dxa"/>
              <w:bottom w:w="45" w:type="dxa"/>
              <w:right w:w="78" w:type="dxa"/>
            </w:tcMar>
          </w:tcPr>
          <w:p w14:paraId="1FDF52F2" w14:textId="77777777" w:rsidR="00DB5214" w:rsidRDefault="51C9E08E" w:rsidP="51C9E08E">
            <w:pPr>
              <w:rPr>
                <w:rFonts w:ascii="Calibri" w:eastAsia="Calibri" w:hAnsi="Calibri" w:cs="Calibri"/>
                <w:b/>
                <w:bCs/>
                <w:color w:val="FFFFFF" w:themeColor="background1"/>
                <w:sz w:val="19"/>
                <w:szCs w:val="19"/>
              </w:rPr>
            </w:pPr>
            <w:r w:rsidRPr="51C9E08E">
              <w:rPr>
                <w:rFonts w:ascii="Calibri" w:eastAsia="Calibri" w:hAnsi="Calibri" w:cs="Calibri"/>
                <w:b/>
                <w:bCs/>
                <w:color w:val="FFFFFF" w:themeColor="background1"/>
                <w:sz w:val="19"/>
                <w:szCs w:val="19"/>
              </w:rPr>
              <w:t>Criteria</w:t>
            </w:r>
          </w:p>
        </w:tc>
        <w:tc>
          <w:tcPr>
            <w:tcW w:w="5512" w:type="dxa"/>
            <w:tcBorders>
              <w:top w:val="single" w:sz="4" w:space="0" w:color="1F3864"/>
              <w:left w:val="single" w:sz="4" w:space="0" w:color="1F3864"/>
              <w:bottom w:val="single" w:sz="4" w:space="0" w:color="1F3864"/>
              <w:right w:val="single" w:sz="4" w:space="0" w:color="1F3864"/>
            </w:tcBorders>
            <w:shd w:val="clear" w:color="auto" w:fill="1F3864"/>
            <w:tcMar>
              <w:top w:w="45" w:type="dxa"/>
              <w:left w:w="78" w:type="dxa"/>
              <w:bottom w:w="45" w:type="dxa"/>
              <w:right w:w="78" w:type="dxa"/>
            </w:tcMar>
          </w:tcPr>
          <w:p w14:paraId="04B9812D" w14:textId="39875148" w:rsidR="00DB5214" w:rsidRDefault="51C9E08E" w:rsidP="6FF8AB28">
            <w:pPr>
              <w:rPr>
                <w:rFonts w:ascii="Calibri" w:eastAsia="Calibri" w:hAnsi="Calibri" w:cs="Calibri"/>
                <w:b/>
                <w:bCs/>
                <w:color w:val="FFFFFF" w:themeColor="background1"/>
                <w:sz w:val="19"/>
                <w:szCs w:val="19"/>
              </w:rPr>
            </w:pPr>
            <w:r w:rsidRPr="6FF8AB28">
              <w:rPr>
                <w:rFonts w:ascii="Calibri" w:eastAsia="Calibri" w:hAnsi="Calibri" w:cs="Calibri"/>
                <w:b/>
                <w:bCs/>
                <w:color w:val="FFFFFF" w:themeColor="background1"/>
                <w:sz w:val="19"/>
                <w:szCs w:val="19"/>
              </w:rPr>
              <w:t xml:space="preserve">Elaboration &amp; </w:t>
            </w:r>
            <w:r w:rsidR="0BA8AF14" w:rsidRPr="6FF8AB28">
              <w:rPr>
                <w:rFonts w:ascii="Calibri" w:eastAsia="Calibri" w:hAnsi="Calibri" w:cs="Calibri"/>
                <w:b/>
                <w:bCs/>
                <w:color w:val="FFFFFF" w:themeColor="background1"/>
                <w:sz w:val="19"/>
                <w:szCs w:val="19"/>
              </w:rPr>
              <w:t>Evidence</w:t>
            </w:r>
          </w:p>
        </w:tc>
      </w:tr>
      <w:tr w:rsidR="00DB5214" w14:paraId="24EF24E8"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063F7AE3"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Purposeful Design &amp; Academic Rigor</w:t>
            </w:r>
          </w:p>
          <w:p w14:paraId="5B27B551"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The course is intentionally designed, academically rigorous, and aligned with course and program learning outcomes. Students engage in structured research activities that guide the development, execution, interpretation, and communication of scholarly inquiry. Research activities require sustained effort, intellectual engagement, and increasing responsibility for the research process.</w:t>
            </w:r>
          </w:p>
        </w:tc>
        <w:sdt>
          <w:sdtPr>
            <w:rPr>
              <w:rFonts w:ascii="Calibri" w:eastAsia="Calibri" w:hAnsi="Calibri" w:cs="Calibri"/>
              <w:b/>
              <w:bCs/>
              <w:color w:val="000000" w:themeColor="text1"/>
              <w:sz w:val="19"/>
              <w:szCs w:val="19"/>
            </w:rPr>
            <w:id w:val="-255528911"/>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41A7E46A" w14:textId="4C346C62"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r w:rsidR="00DB5214" w14:paraId="0A933B78"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24545150"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Integration &amp; Application of Research Methods</w:t>
            </w:r>
          </w:p>
          <w:p w14:paraId="6E25ECAF"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apply research methods, disciplinary concepts, theories, and practices to investigate questions, problems, or issues relevant to the field of study. Research activities require students to integrate prior learning, evaluate evidence, select appropriate methodologies, and apply research practices to the creation of new knowledge or understanding.</w:t>
            </w:r>
          </w:p>
        </w:tc>
        <w:sdt>
          <w:sdtPr>
            <w:rPr>
              <w:rFonts w:ascii="Calibri" w:eastAsia="Calibri" w:hAnsi="Calibri" w:cs="Calibri"/>
              <w:b/>
              <w:bCs/>
              <w:color w:val="000000" w:themeColor="text1"/>
              <w:sz w:val="19"/>
              <w:szCs w:val="19"/>
            </w:rPr>
            <w:id w:val="1434312897"/>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18FCB958" w14:textId="5A4E7D5E"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r w:rsidR="00DB5214" w14:paraId="0029B5C8"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35B8E8CB"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Research Mentorship &amp; Scholarly Development</w:t>
            </w:r>
          </w:p>
          <w:p w14:paraId="0CF1EE62"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with faculty mentors or qualified research mentors who guide the development of research skills, scholarly practices, and disciplinary understanding. Through mentorship, students deepen their capacity for inquiry, develop independence as researchers, and learn how knowledge is created, evaluated, and communicated within the discipline.</w:t>
            </w:r>
          </w:p>
        </w:tc>
        <w:sdt>
          <w:sdtPr>
            <w:rPr>
              <w:rFonts w:ascii="Calibri" w:eastAsia="Calibri" w:hAnsi="Calibri" w:cs="Calibri"/>
              <w:b/>
              <w:bCs/>
              <w:color w:val="000000" w:themeColor="text1"/>
              <w:sz w:val="19"/>
              <w:szCs w:val="19"/>
            </w:rPr>
            <w:id w:val="-1819334357"/>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33D95446" w14:textId="5C4B4A08"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r w:rsidR="00DB5214" w14:paraId="45ADE7C4"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09AA0814"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Structured Reflection</w:t>
            </w:r>
          </w:p>
          <w:p w14:paraId="7430E38F"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in structured reflection throughout the course to examine the research process, scholarly development, research findings, and evolving understanding of the discipline. Reflection activities encourage students to consider challenges, discoveries, growth, and the broader significance of their work while supporting learning, meaning-making, and professional development.</w:t>
            </w:r>
          </w:p>
        </w:tc>
        <w:sdt>
          <w:sdtPr>
            <w:rPr>
              <w:rFonts w:ascii="Calibri" w:eastAsia="Calibri" w:hAnsi="Calibri" w:cs="Calibri"/>
              <w:b/>
              <w:bCs/>
              <w:color w:val="7030A0"/>
              <w:sz w:val="19"/>
              <w:szCs w:val="19"/>
            </w:rPr>
            <w:id w:val="-1176723051"/>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5E2B000E" w14:textId="119393CA" w:rsidR="00DB5214" w:rsidRDefault="00381F7A" w:rsidP="51C9E08E">
                <w:pPr>
                  <w:spacing w:before="20" w:after="0" w:line="240" w:lineRule="auto"/>
                  <w:rPr>
                    <w:rFonts w:ascii="Calibri" w:eastAsia="Calibri" w:hAnsi="Calibri" w:cs="Calibri"/>
                    <w:b/>
                    <w:bCs/>
                    <w:color w:val="7030A0"/>
                    <w:sz w:val="19"/>
                    <w:szCs w:val="19"/>
                  </w:rPr>
                </w:pPr>
                <w:r w:rsidRPr="00BE083C">
                  <w:rPr>
                    <w:rStyle w:val="PlaceholderText"/>
                  </w:rPr>
                  <w:t>Click or tap here to enter text.</w:t>
                </w:r>
              </w:p>
            </w:tc>
          </w:sdtContent>
        </w:sdt>
      </w:tr>
      <w:tr w:rsidR="00DB5214" w14:paraId="0EF74D44"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1BF926BE"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Feedback &amp; Iteration</w:t>
            </w:r>
          </w:p>
          <w:p w14:paraId="10312BE9"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receive ongoing feedback from faculty mentors, peers, research collaborators, or other stakeholders and use that feedback to refine research questions, methods, analysis, and communication of findings. Iterative revision and continuous improvement are essential components of the research process and support the development of research competence and scholarly confidence.</w:t>
            </w:r>
          </w:p>
        </w:tc>
        <w:sdt>
          <w:sdtPr>
            <w:rPr>
              <w:rFonts w:ascii="Calibri" w:eastAsia="Calibri" w:hAnsi="Calibri" w:cs="Calibri"/>
              <w:b/>
              <w:bCs/>
              <w:color w:val="000000" w:themeColor="text1"/>
              <w:sz w:val="19"/>
              <w:szCs w:val="19"/>
            </w:rPr>
            <w:id w:val="-1782096391"/>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0C49A3FE" w14:textId="41344543"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r w:rsidR="00DB5214" w14:paraId="6CDC22C0"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082D915F"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lastRenderedPageBreak/>
              <w:t>Demonstration of Learning</w:t>
            </w:r>
          </w:p>
          <w:p w14:paraId="777F358B"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communicate and demonstrate research findings through papers, posters, presentations, performances, exhibitions, publications, or other authentic scholarly products. These activities provide opportunities for students to communicate disciplinary knowledge, defend interpretations, and demonstrate achievement of research and learning outcomes.</w:t>
            </w:r>
          </w:p>
        </w:tc>
        <w:sdt>
          <w:sdtPr>
            <w:rPr>
              <w:rFonts w:ascii="Calibri" w:eastAsia="Calibri" w:hAnsi="Calibri" w:cs="Calibri"/>
              <w:b/>
              <w:bCs/>
              <w:color w:val="000000" w:themeColor="text1"/>
              <w:sz w:val="19"/>
              <w:szCs w:val="19"/>
            </w:rPr>
            <w:id w:val="2115712505"/>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38" w:type="dxa"/>
                  <w:left w:w="68" w:type="dxa"/>
                  <w:bottom w:w="38" w:type="dxa"/>
                  <w:right w:w="68" w:type="dxa"/>
                </w:tcMar>
              </w:tcPr>
              <w:p w14:paraId="2CF7053E" w14:textId="6D6F95C6"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r w:rsidR="00DB5214" w14:paraId="2DE1A880" w14:textId="77777777" w:rsidTr="380C9152">
        <w:trPr>
          <w:jc w:val="center"/>
        </w:trPr>
        <w:tc>
          <w:tcPr>
            <w:tcW w:w="5115"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2AC40F00" w14:textId="77777777" w:rsidR="00DB5214" w:rsidRDefault="51C9E08E" w:rsidP="51C9E08E">
            <w:pPr>
              <w:spacing w:after="20"/>
              <w:rPr>
                <w:rFonts w:ascii="Calibri" w:eastAsia="Calibri" w:hAnsi="Calibri" w:cs="Calibri"/>
                <w:b/>
                <w:bCs/>
                <w:color w:val="1F3864"/>
                <w:sz w:val="19"/>
                <w:szCs w:val="19"/>
              </w:rPr>
            </w:pPr>
            <w:r w:rsidRPr="51C9E08E">
              <w:rPr>
                <w:rFonts w:ascii="Calibri" w:eastAsia="Calibri" w:hAnsi="Calibri" w:cs="Calibri"/>
                <w:b/>
                <w:bCs/>
                <w:color w:val="1F3864"/>
                <w:sz w:val="19"/>
                <w:szCs w:val="19"/>
              </w:rPr>
              <w:t>Research Partner Engagement (Optional Designation)</w:t>
            </w:r>
          </w:p>
          <w:p w14:paraId="1F7ED187" w14:textId="77777777" w:rsidR="00DB5214" w:rsidRDefault="51C9E08E" w:rsidP="51C9E08E">
            <w:pPr>
              <w:spacing w:after="0" w:line="240" w:lineRule="auto"/>
              <w:rPr>
                <w:rFonts w:ascii="Calibri" w:eastAsia="Calibri" w:hAnsi="Calibri" w:cs="Calibri"/>
                <w:color w:val="404040" w:themeColor="text1" w:themeTint="BF"/>
                <w:sz w:val="19"/>
                <w:szCs w:val="19"/>
              </w:rPr>
            </w:pPr>
            <w:r w:rsidRPr="51C9E08E">
              <w:rPr>
                <w:rFonts w:ascii="Calibri" w:eastAsia="Calibri" w:hAnsi="Calibri" w:cs="Calibri"/>
                <w:color w:val="404040" w:themeColor="text1" w:themeTint="BF"/>
                <w:sz w:val="19"/>
                <w:szCs w:val="19"/>
              </w:rPr>
              <w:t>Students engage with employers, industry professionals, community organizations, government agencies, research centers, or other external partners through activities connected to research goals. External partnerships provide opportunities to apply research knowledge in authentic settings, explore the broader impact of scholarly inquiry, and connect disciplinary research with real-world questions, challenges, and applications.</w:t>
            </w:r>
          </w:p>
        </w:tc>
        <w:sdt>
          <w:sdtPr>
            <w:rPr>
              <w:rFonts w:ascii="Calibri" w:eastAsia="Calibri" w:hAnsi="Calibri" w:cs="Calibri"/>
              <w:b/>
              <w:bCs/>
              <w:color w:val="000000" w:themeColor="text1"/>
              <w:sz w:val="19"/>
              <w:szCs w:val="19"/>
            </w:rPr>
            <w:id w:val="1620104334"/>
            <w:placeholder>
              <w:docPart w:val="DefaultPlaceholder_-1854013440"/>
            </w:placeholder>
            <w:showingPlcHdr/>
            <w:text/>
          </w:sdtPr>
          <w:sdtContent>
            <w:tc>
              <w:tcPr>
                <w:tcW w:w="5512" w:type="dxa"/>
                <w:tcBorders>
                  <w:top w:val="single" w:sz="4" w:space="0" w:color="D9E2F3"/>
                  <w:left w:val="single" w:sz="4" w:space="0" w:color="D9E2F3"/>
                  <w:bottom w:val="single" w:sz="4" w:space="0" w:color="D9E2F3"/>
                  <w:right w:val="single" w:sz="4" w:space="0" w:color="D9E2F3"/>
                </w:tcBorders>
                <w:shd w:val="clear" w:color="auto" w:fill="F8FBFE"/>
                <w:tcMar>
                  <w:top w:w="38" w:type="dxa"/>
                  <w:left w:w="68" w:type="dxa"/>
                  <w:bottom w:w="38" w:type="dxa"/>
                  <w:right w:w="68" w:type="dxa"/>
                </w:tcMar>
              </w:tcPr>
              <w:p w14:paraId="480A44C2" w14:textId="5F1BDB86" w:rsidR="00DB5214" w:rsidRDefault="00381F7A" w:rsidP="380C9152">
                <w:pPr>
                  <w:spacing w:before="20" w:after="0" w:line="240" w:lineRule="auto"/>
                  <w:rPr>
                    <w:rFonts w:ascii="Calibri" w:eastAsia="Calibri" w:hAnsi="Calibri" w:cs="Calibri"/>
                    <w:b/>
                    <w:bCs/>
                    <w:color w:val="000000" w:themeColor="text1"/>
                    <w:sz w:val="19"/>
                    <w:szCs w:val="19"/>
                  </w:rPr>
                </w:pPr>
                <w:r w:rsidRPr="00BE083C">
                  <w:rPr>
                    <w:rStyle w:val="PlaceholderText"/>
                  </w:rPr>
                  <w:t>Click or tap here to enter text.</w:t>
                </w:r>
              </w:p>
            </w:tc>
          </w:sdtContent>
        </w:sdt>
      </w:tr>
    </w:tbl>
    <w:p w14:paraId="36F4BBB0" w14:textId="6FA9EC83" w:rsidR="547F4798" w:rsidRDefault="547F4798"/>
    <w:sectPr w:rsidR="547F4798" w:rsidSect="00034616">
      <w:headerReference w:type="default" r:id="rId11"/>
      <w:footerReference w:type="default" r:id="rId12"/>
      <w:pgSz w:w="12240" w:h="15840"/>
      <w:pgMar w:top="518" w:right="648" w:bottom="490"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02DD" w14:textId="77777777" w:rsidR="00A5491F" w:rsidRDefault="00A5491F">
      <w:pPr>
        <w:spacing w:after="0" w:line="240" w:lineRule="auto"/>
      </w:pPr>
      <w:r>
        <w:separator/>
      </w:r>
    </w:p>
  </w:endnote>
  <w:endnote w:type="continuationSeparator" w:id="0">
    <w:p w14:paraId="21666B74" w14:textId="77777777" w:rsidR="00A5491F" w:rsidRDefault="00A5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CD7AC" w14:textId="0B74154B" w:rsidR="00DB5214" w:rsidRDefault="380C9152">
    <w:pPr>
      <w:pStyle w:val="Footer"/>
      <w:jc w:val="center"/>
    </w:pPr>
    <w:r w:rsidRPr="380C9152">
      <w:rPr>
        <w:i/>
        <w:iCs/>
        <w:color w:val="595959" w:themeColor="text1" w:themeTint="A6"/>
        <w:sz w:val="16"/>
        <w:szCs w:val="16"/>
      </w:rPr>
      <w:t xml:space="preserve">Undergraduate Research — Course Planning Guide | Page </w:t>
    </w:r>
    <w:r w:rsidR="00A5491F" w:rsidRPr="380C9152">
      <w:rPr>
        <w:i/>
        <w:iCs/>
        <w:color w:val="595959" w:themeColor="text1" w:themeTint="A6"/>
        <w:sz w:val="16"/>
        <w:szCs w:val="16"/>
      </w:rPr>
      <w:fldChar w:fldCharType="begin"/>
    </w:r>
    <w:r w:rsidR="00A5491F" w:rsidRPr="380C9152">
      <w:rPr>
        <w:i/>
        <w:iCs/>
        <w:color w:val="595959" w:themeColor="text1" w:themeTint="A6"/>
        <w:sz w:val="16"/>
        <w:szCs w:val="16"/>
      </w:rPr>
      <w:instrText>PAGE</w:instrText>
    </w:r>
    <w:r w:rsidR="00381F7A">
      <w:rPr>
        <w:i/>
        <w:iCs/>
        <w:color w:val="595959" w:themeColor="text1" w:themeTint="A6"/>
        <w:sz w:val="16"/>
        <w:szCs w:val="16"/>
      </w:rPr>
      <w:fldChar w:fldCharType="separate"/>
    </w:r>
    <w:r w:rsidR="00381F7A">
      <w:rPr>
        <w:i/>
        <w:iCs/>
        <w:noProof/>
        <w:color w:val="595959" w:themeColor="text1" w:themeTint="A6"/>
        <w:sz w:val="16"/>
        <w:szCs w:val="16"/>
      </w:rPr>
      <w:t>1</w:t>
    </w:r>
    <w:r w:rsidR="00A5491F" w:rsidRPr="380C9152">
      <w:rPr>
        <w:i/>
        <w:iCs/>
        <w:color w:val="595959" w:themeColor="text1" w:themeTint="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88ECD" w14:textId="77777777" w:rsidR="00A5491F" w:rsidRDefault="00A5491F">
      <w:pPr>
        <w:spacing w:after="0" w:line="240" w:lineRule="auto"/>
      </w:pPr>
      <w:r>
        <w:separator/>
      </w:r>
    </w:p>
  </w:footnote>
  <w:footnote w:type="continuationSeparator" w:id="0">
    <w:p w14:paraId="0CC970C6" w14:textId="77777777" w:rsidR="00A5491F" w:rsidRDefault="00A54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45"/>
      <w:gridCol w:w="3645"/>
      <w:gridCol w:w="3645"/>
    </w:tblGrid>
    <w:tr w:rsidR="380C9152" w14:paraId="46DF1D86" w14:textId="77777777" w:rsidTr="380C9152">
      <w:trPr>
        <w:trHeight w:val="300"/>
      </w:trPr>
      <w:tc>
        <w:tcPr>
          <w:tcW w:w="3645" w:type="dxa"/>
        </w:tcPr>
        <w:p w14:paraId="3B3A19AA" w14:textId="373E56E2" w:rsidR="380C9152" w:rsidRDefault="380C9152" w:rsidP="380C9152">
          <w:pPr>
            <w:pStyle w:val="Header"/>
            <w:ind w:left="-115"/>
          </w:pPr>
        </w:p>
      </w:tc>
      <w:tc>
        <w:tcPr>
          <w:tcW w:w="3645" w:type="dxa"/>
        </w:tcPr>
        <w:p w14:paraId="1931527A" w14:textId="3636EAE6" w:rsidR="380C9152" w:rsidRDefault="380C9152" w:rsidP="380C9152">
          <w:pPr>
            <w:pStyle w:val="Header"/>
            <w:jc w:val="center"/>
          </w:pPr>
        </w:p>
      </w:tc>
      <w:tc>
        <w:tcPr>
          <w:tcW w:w="3645" w:type="dxa"/>
        </w:tcPr>
        <w:p w14:paraId="490E940B" w14:textId="0A5F1E5A" w:rsidR="380C9152" w:rsidRDefault="380C9152" w:rsidP="380C9152">
          <w:pPr>
            <w:pStyle w:val="Header"/>
            <w:ind w:right="-115"/>
            <w:jc w:val="right"/>
          </w:pPr>
        </w:p>
      </w:tc>
    </w:tr>
  </w:tbl>
  <w:p w14:paraId="32157AE3" w14:textId="27E14297" w:rsidR="380C9152" w:rsidRDefault="380C9152" w:rsidP="380C9152">
    <w:pPr>
      <w:pStyle w:val="Header"/>
    </w:pPr>
  </w:p>
</w:hdr>
</file>

<file path=word/intelligence2.xml><?xml version="1.0" encoding="utf-8"?>
<int2:intelligence xmlns:int2="http://schemas.microsoft.com/office/intelligence/2020/intelligence" xmlns:oel="http://schemas.microsoft.com/office/2019/extlst">
  <int2:observations>
    <int2:textHash int2:hashCode="GOx5R2AVHI3819" int2:id="zGRawMBh">
      <int2:state int2:value="Rejected" int2:type="spell"/>
    </int2:textHash>
    <int2:bookmark int2:bookmarkName="_Int_HDaA3BWU" int2:invalidationBookmarkName="" int2:hashCode="BEiaEruqauv/th" int2:id="zArSNEh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8090193">
    <w:abstractNumId w:val="8"/>
  </w:num>
  <w:num w:numId="2" w16cid:durableId="1199398052">
    <w:abstractNumId w:val="6"/>
  </w:num>
  <w:num w:numId="3" w16cid:durableId="1584683603">
    <w:abstractNumId w:val="5"/>
  </w:num>
  <w:num w:numId="4" w16cid:durableId="940842875">
    <w:abstractNumId w:val="4"/>
  </w:num>
  <w:num w:numId="5" w16cid:durableId="304891125">
    <w:abstractNumId w:val="7"/>
  </w:num>
  <w:num w:numId="6" w16cid:durableId="264926218">
    <w:abstractNumId w:val="3"/>
  </w:num>
  <w:num w:numId="7" w16cid:durableId="99030687">
    <w:abstractNumId w:val="2"/>
  </w:num>
  <w:num w:numId="8" w16cid:durableId="1837262365">
    <w:abstractNumId w:val="1"/>
  </w:num>
  <w:num w:numId="9" w16cid:durableId="424811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GvkRpxDybFLtVnwP8NsBHUFpcit10ucedsCzBdNQpkquSwxGgkkJskJxbWwlrlHlqu1d9P/oX6t+AORscsh/Q==" w:salt="y5ZbEGDHilB3pq+GQ2obkQ=="/>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81F7A"/>
    <w:rsid w:val="00A5491F"/>
    <w:rsid w:val="00AA1D8D"/>
    <w:rsid w:val="00B47730"/>
    <w:rsid w:val="00BF564B"/>
    <w:rsid w:val="00CB0664"/>
    <w:rsid w:val="00DB5214"/>
    <w:rsid w:val="00FC693F"/>
    <w:rsid w:val="05AD9AB4"/>
    <w:rsid w:val="065138D5"/>
    <w:rsid w:val="087F96C0"/>
    <w:rsid w:val="08ED2302"/>
    <w:rsid w:val="0BA8AF14"/>
    <w:rsid w:val="16E8A97E"/>
    <w:rsid w:val="17FD46AB"/>
    <w:rsid w:val="1B6FEED7"/>
    <w:rsid w:val="1C00C149"/>
    <w:rsid w:val="1CE21AA7"/>
    <w:rsid w:val="1CF27877"/>
    <w:rsid w:val="1F051648"/>
    <w:rsid w:val="2155A832"/>
    <w:rsid w:val="2195779E"/>
    <w:rsid w:val="23F6FEE6"/>
    <w:rsid w:val="256A520B"/>
    <w:rsid w:val="288F2E4D"/>
    <w:rsid w:val="2EFFE693"/>
    <w:rsid w:val="352BA43A"/>
    <w:rsid w:val="380C9152"/>
    <w:rsid w:val="3822D034"/>
    <w:rsid w:val="3FAEF457"/>
    <w:rsid w:val="441E1BF4"/>
    <w:rsid w:val="472746D8"/>
    <w:rsid w:val="493D47AF"/>
    <w:rsid w:val="4CA49B6F"/>
    <w:rsid w:val="4D00D3F2"/>
    <w:rsid w:val="4D4A25DC"/>
    <w:rsid w:val="5105E7E2"/>
    <w:rsid w:val="51C9E08E"/>
    <w:rsid w:val="528A16F8"/>
    <w:rsid w:val="5440B8A2"/>
    <w:rsid w:val="547F4798"/>
    <w:rsid w:val="5D07570C"/>
    <w:rsid w:val="62384AE0"/>
    <w:rsid w:val="69C41F68"/>
    <w:rsid w:val="6A9EC10C"/>
    <w:rsid w:val="6FF8AB28"/>
    <w:rsid w:val="75566647"/>
    <w:rsid w:val="76A0253F"/>
    <w:rsid w:val="775033AC"/>
    <w:rsid w:val="7942CDFB"/>
    <w:rsid w:val="7AF13E14"/>
    <w:rsid w:val="7F8BC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A39666C-22BF-4A49-B33A-C138B68A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381F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C82B53-6D23-4D1A-9D29-0C47391D270F}"/>
      </w:docPartPr>
      <w:docPartBody>
        <w:p w:rsidR="00FC0AB4" w:rsidRDefault="000F3D06">
          <w:r w:rsidRPr="00BE08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06"/>
    <w:rsid w:val="000F3D06"/>
    <w:rsid w:val="00BF564B"/>
    <w:rsid w:val="00FC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D0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162DAFD-4B6C-404C-95EE-A39753BF86C1}">
  <ds:schemaRefs>
    <ds:schemaRef ds:uri="http://schemas.microsoft.com/sharepoint/v3/contenttype/forms"/>
  </ds:schemaRefs>
</ds:datastoreItem>
</file>

<file path=customXml/itemProps3.xml><?xml version="1.0" encoding="utf-8"?>
<ds:datastoreItem xmlns:ds="http://schemas.openxmlformats.org/officeDocument/2006/customXml" ds:itemID="{655D64B6-352B-4B42-96E5-27A8F9500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D5C5B0-666D-4839-8321-186DFB54005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3637</Characters>
  <Application>Microsoft Office Word</Application>
  <DocSecurity>0</DocSecurity>
  <Lines>77</Lines>
  <Paragraphs>33</Paragraphs>
  <ScaleCrop>false</ScaleCrop>
  <Manager/>
  <Company/>
  <LinksUpToDate>false</LinksUpToDate>
  <CharactersWithSpaces>4154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8</cp:revision>
  <dcterms:created xsi:type="dcterms:W3CDTF">2026-08-07T18:34:00Z</dcterms:created>
  <dcterms:modified xsi:type="dcterms:W3CDTF">2026-08-18T22:38:00Z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