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DE5B5" w14:textId="193B0C41" w:rsidR="00DF51FA" w:rsidRPr="002804E4" w:rsidRDefault="00BA029F" w:rsidP="00B46912">
      <w:pPr>
        <w:spacing w:after="0"/>
        <w:rPr>
          <w:rFonts w:ascii="Calibri" w:hAnsi="Calibri" w:cs="Calibri"/>
        </w:rPr>
      </w:pPr>
      <w:r w:rsidRPr="002804E4">
        <w:rPr>
          <w:rFonts w:ascii="Calibri" w:hAnsi="Calibri" w:cs="Calibri"/>
          <w:b/>
          <w:color w:val="2F5496"/>
        </w:rPr>
        <w:t xml:space="preserve"> UNT </w:t>
      </w:r>
      <w:r w:rsidR="00085DE8" w:rsidRPr="002804E4">
        <w:rPr>
          <w:rFonts w:ascii="Calibri" w:hAnsi="Calibri" w:cs="Calibri"/>
          <w:b/>
          <w:color w:val="2F5496"/>
        </w:rPr>
        <w:t>DALLAS · COURSE</w:t>
      </w:r>
      <w:r w:rsidR="002E2960">
        <w:rPr>
          <w:rFonts w:ascii="Calibri" w:hAnsi="Calibri" w:cs="Calibri"/>
          <w:b/>
          <w:color w:val="2F5496"/>
        </w:rPr>
        <w:t xml:space="preserve"> PLANNING GUIDE</w:t>
      </w:r>
    </w:p>
    <w:p w14:paraId="23A21072" w14:textId="44C0C692" w:rsidR="00DF51FA" w:rsidRDefault="00D40171" w:rsidP="00B46912">
      <w:pPr>
        <w:spacing w:after="0"/>
        <w:rPr>
          <w:rFonts w:ascii="Calibri" w:hAnsi="Calibri" w:cs="Calibri"/>
          <w:b/>
          <w:i/>
          <w:iCs/>
          <w:color w:val="870000"/>
          <w:sz w:val="32"/>
        </w:rPr>
      </w:pPr>
      <w:r w:rsidRPr="002804E4">
        <w:rPr>
          <w:rFonts w:ascii="Calibri" w:hAnsi="Calibri" w:cs="Calibri"/>
          <w:b/>
          <w:color w:val="1F3864"/>
          <w:sz w:val="32"/>
        </w:rPr>
        <w:t xml:space="preserve">Responsible AI Skills — </w:t>
      </w:r>
      <w:r w:rsidR="00A535D1" w:rsidRPr="00A535D1">
        <w:rPr>
          <w:rFonts w:ascii="Calibri" w:hAnsi="Calibri" w:cs="Calibri"/>
          <w:b/>
          <w:i/>
          <w:iCs/>
          <w:color w:val="870000"/>
          <w:sz w:val="32"/>
        </w:rPr>
        <w:t>Ex</w:t>
      </w:r>
      <w:r w:rsidR="00A535D1">
        <w:rPr>
          <w:rFonts w:ascii="Calibri" w:hAnsi="Calibri" w:cs="Calibri"/>
          <w:b/>
          <w:i/>
          <w:iCs/>
          <w:color w:val="870000"/>
          <w:sz w:val="32"/>
        </w:rPr>
        <w:t>ample</w:t>
      </w:r>
    </w:p>
    <w:p w14:paraId="0E6FCC86" w14:textId="559B6F52" w:rsidR="00142B51" w:rsidRPr="002804E4" w:rsidRDefault="00142B51" w:rsidP="00142B51">
      <w:pPr>
        <w:spacing w:after="0"/>
        <w:rPr>
          <w:rFonts w:ascii="Calibri" w:hAnsi="Calibri" w:cs="Calibri"/>
        </w:rPr>
      </w:pPr>
      <w:r>
        <w:rPr>
          <w:rFonts w:ascii="Calibri" w:hAnsi="Calibri" w:cs="Calibri"/>
          <w:b/>
          <w:color w:val="1F3864"/>
          <w:sz w:val="32"/>
        </w:rPr>
        <w:t>Course: Chemistry</w:t>
      </w:r>
    </w:p>
    <w:tbl>
      <w:tblPr>
        <w:tblW w:w="138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3824"/>
      </w:tblGrid>
      <w:tr w:rsidR="00DF51FA" w:rsidRPr="002804E4" w14:paraId="4C96A116" w14:textId="77777777" w:rsidTr="002E2960">
        <w:tc>
          <w:tcPr>
            <w:tcW w:w="13824" w:type="dxa"/>
            <w:shd w:val="clear" w:color="auto" w:fill="FFF8E1"/>
            <w:tcMar>
              <w:top w:w="70" w:type="dxa"/>
              <w:left w:w="110" w:type="dxa"/>
              <w:bottom w:w="70" w:type="dxa"/>
              <w:right w:w="110" w:type="dxa"/>
            </w:tcMar>
          </w:tcPr>
          <w:p w14:paraId="0F539993" w14:textId="77777777" w:rsidR="00C5737C" w:rsidRPr="000A50CD" w:rsidRDefault="00C5737C" w:rsidP="00C5737C">
            <w:pPr>
              <w:spacing w:after="120"/>
              <w:rPr>
                <w:rFonts w:ascii="Calibri" w:hAnsi="Calibri" w:cs="Calibri"/>
                <w:sz w:val="20"/>
                <w:szCs w:val="20"/>
              </w:rPr>
            </w:pPr>
            <w:r w:rsidRPr="000A50CD">
              <w:rPr>
                <w:rFonts w:ascii="Calibri" w:hAnsi="Calibri" w:cs="Calibri"/>
                <w:b/>
                <w:color w:val="232323"/>
                <w:sz w:val="20"/>
                <w:szCs w:val="20"/>
              </w:rPr>
              <w:t xml:space="preserve">Purpose. </w:t>
            </w:r>
            <w:r w:rsidRPr="000A50CD">
              <w:rPr>
                <w:rFonts w:ascii="Calibri" w:hAnsi="Calibri" w:cs="Calibri"/>
                <w:color w:val="232323"/>
                <w:sz w:val="20"/>
                <w:szCs w:val="20"/>
              </w:rPr>
              <w:t xml:space="preserve">This tool helps faculty design or refine courses that prepare students to understand and responsibly use AI in their careers. </w:t>
            </w:r>
            <w:r w:rsidRPr="000A50CD">
              <w:rPr>
                <w:rFonts w:ascii="Calibri" w:hAnsi="Calibri" w:cs="Calibri"/>
                <w:sz w:val="20"/>
                <w:szCs w:val="20"/>
              </w:rPr>
              <w:t xml:space="preserve">Please visit the Framework website and other resources to inform planning. This completed form is then uploaded to </w:t>
            </w:r>
            <w:proofErr w:type="spellStart"/>
            <w:r w:rsidRPr="000A50CD">
              <w:rPr>
                <w:rFonts w:ascii="Calibri" w:hAnsi="Calibri" w:cs="Calibri"/>
                <w:sz w:val="20"/>
                <w:szCs w:val="20"/>
              </w:rPr>
              <w:t>Coursedog</w:t>
            </w:r>
            <w:proofErr w:type="spellEnd"/>
            <w:r w:rsidRPr="000A50CD">
              <w:rPr>
                <w:rFonts w:ascii="Calibri" w:hAnsi="Calibri" w:cs="Calibri"/>
                <w:sz w:val="20"/>
                <w:szCs w:val="20"/>
              </w:rPr>
              <w:t xml:space="preserve"> as part of the curriculum review process.  </w:t>
            </w:r>
          </w:p>
          <w:p w14:paraId="75DD79CD" w14:textId="15374996" w:rsidR="00DF51FA" w:rsidRPr="002804E4" w:rsidRDefault="00C5737C" w:rsidP="00C5737C">
            <w:pPr>
              <w:spacing w:after="0"/>
              <w:rPr>
                <w:rFonts w:ascii="Calibri" w:hAnsi="Calibri" w:cs="Calibri"/>
              </w:rPr>
            </w:pPr>
            <w:r w:rsidRPr="000A50CD">
              <w:rPr>
                <w:rFonts w:ascii="Calibri" w:hAnsi="Calibri" w:cs="Calibri"/>
                <w:b/>
                <w:color w:val="232323"/>
                <w:sz w:val="20"/>
                <w:szCs w:val="20"/>
              </w:rPr>
              <w:t xml:space="preserve">How to use. </w:t>
            </w:r>
            <w:r w:rsidRPr="000A50CD">
              <w:rPr>
                <w:rFonts w:ascii="Calibri" w:hAnsi="Calibri" w:cs="Calibri"/>
                <w:sz w:val="20"/>
                <w:szCs w:val="20"/>
              </w:rPr>
              <w:t>Review criteria below, which define high-quality indicators of this practice. Use the column to the right for elaboration and evidence, which will also serve to guide curriculum reviewers to locate evidence within the submitted syllabus, assignments, and any other relevant artifacts</w:t>
            </w:r>
            <w:r w:rsidR="00E407DB" w:rsidRPr="002804E4">
              <w:rPr>
                <w:rFonts w:ascii="Calibri" w:hAnsi="Calibri" w:cs="Calibri"/>
                <w:color w:val="232323"/>
                <w:sz w:val="24"/>
                <w:szCs w:val="24"/>
              </w:rPr>
              <w:t>.</w:t>
            </w:r>
          </w:p>
        </w:tc>
      </w:tr>
    </w:tbl>
    <w:p w14:paraId="49AEAD52" w14:textId="77777777" w:rsidR="00DF51FA" w:rsidRPr="002804E4" w:rsidRDefault="00DF51FA" w:rsidP="00B46912">
      <w:pPr>
        <w:spacing w:after="0"/>
        <w:rPr>
          <w:rFonts w:ascii="Calibri" w:hAnsi="Calibri" w:cs="Calibri"/>
        </w:rPr>
      </w:pPr>
    </w:p>
    <w:tbl>
      <w:tblPr>
        <w:tblW w:w="138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115"/>
        <w:gridCol w:w="7709"/>
      </w:tblGrid>
      <w:tr w:rsidR="002804E4" w:rsidRPr="002804E4" w14:paraId="3517AE26" w14:textId="77777777" w:rsidTr="002804E4">
        <w:trPr>
          <w:tblHeader/>
        </w:trPr>
        <w:tc>
          <w:tcPr>
            <w:tcW w:w="6115" w:type="dxa"/>
            <w:tcBorders>
              <w:right w:val="single" w:sz="8" w:space="0" w:color="000000" w:themeColor="text1"/>
            </w:tcBorders>
            <w:shd w:val="clear" w:color="auto" w:fill="1F3864"/>
            <w:tcMar>
              <w:top w:w="50" w:type="dxa"/>
              <w:left w:w="90" w:type="dxa"/>
              <w:bottom w:w="50" w:type="dxa"/>
              <w:right w:w="90" w:type="dxa"/>
            </w:tcMar>
          </w:tcPr>
          <w:p w14:paraId="4D3C04F2" w14:textId="77777777" w:rsidR="002804E4" w:rsidRPr="002804E4" w:rsidRDefault="002804E4" w:rsidP="00B46912">
            <w:pPr>
              <w:spacing w:after="0"/>
              <w:rPr>
                <w:rFonts w:ascii="Calibri" w:hAnsi="Calibri" w:cs="Calibri"/>
                <w:sz w:val="28"/>
                <w:szCs w:val="28"/>
              </w:rPr>
            </w:pPr>
            <w:r w:rsidRPr="002804E4">
              <w:rPr>
                <w:rFonts w:ascii="Calibri" w:hAnsi="Calibri" w:cs="Calibri"/>
                <w:b/>
                <w:color w:val="FFFFFF"/>
                <w:sz w:val="28"/>
                <w:szCs w:val="28"/>
              </w:rPr>
              <w:t>Criteria</w:t>
            </w:r>
          </w:p>
        </w:tc>
        <w:tc>
          <w:tcPr>
            <w:tcW w:w="7709" w:type="dxa"/>
            <w:tcBorders>
              <w:left w:val="single" w:sz="8" w:space="0" w:color="000000" w:themeColor="text1"/>
            </w:tcBorders>
            <w:shd w:val="clear" w:color="auto" w:fill="1F3864"/>
            <w:tcMar>
              <w:top w:w="50" w:type="dxa"/>
              <w:left w:w="90" w:type="dxa"/>
              <w:bottom w:w="50" w:type="dxa"/>
              <w:right w:w="90" w:type="dxa"/>
            </w:tcMar>
          </w:tcPr>
          <w:p w14:paraId="12968FCF" w14:textId="557A79B7" w:rsidR="002804E4" w:rsidRPr="002804E4" w:rsidRDefault="002804E4" w:rsidP="00B46912">
            <w:pPr>
              <w:spacing w:after="0"/>
              <w:jc w:val="center"/>
              <w:rPr>
                <w:rFonts w:ascii="Calibri" w:hAnsi="Calibri" w:cs="Calibri"/>
                <w:sz w:val="28"/>
                <w:szCs w:val="28"/>
              </w:rPr>
            </w:pPr>
            <w:r w:rsidRPr="002804E4">
              <w:rPr>
                <w:rFonts w:ascii="Calibri" w:hAnsi="Calibri" w:cs="Calibri"/>
                <w:b/>
                <w:color w:val="FFFFFF"/>
                <w:sz w:val="28"/>
                <w:szCs w:val="28"/>
              </w:rPr>
              <w:t>Evidence</w:t>
            </w:r>
            <w:r w:rsidRPr="002804E4">
              <w:rPr>
                <w:rFonts w:ascii="Calibri" w:hAnsi="Calibri" w:cs="Calibri"/>
                <w:sz w:val="28"/>
                <w:szCs w:val="28"/>
              </w:rPr>
              <w:t xml:space="preserve"> </w:t>
            </w:r>
            <w:r w:rsidRPr="002804E4">
              <w:rPr>
                <w:rFonts w:ascii="Calibri" w:hAnsi="Calibri" w:cs="Calibri"/>
                <w:b/>
                <w:color w:val="FFFFFF"/>
                <w:sz w:val="28"/>
                <w:szCs w:val="28"/>
              </w:rPr>
              <w:t>&amp; Elaboration</w:t>
            </w:r>
          </w:p>
        </w:tc>
      </w:tr>
      <w:tr w:rsidR="002804E4" w:rsidRPr="002804E4" w14:paraId="2D4FB719" w14:textId="77777777" w:rsidTr="002804E4">
        <w:trPr>
          <w:trHeight w:val="219"/>
        </w:trPr>
        <w:tc>
          <w:tcPr>
            <w:tcW w:w="13824" w:type="dxa"/>
            <w:gridSpan w:val="2"/>
            <w:shd w:val="clear" w:color="auto" w:fill="2F5496"/>
            <w:tcMar>
              <w:top w:w="50" w:type="dxa"/>
              <w:left w:w="80" w:type="dxa"/>
              <w:bottom w:w="50" w:type="dxa"/>
              <w:right w:w="80" w:type="dxa"/>
            </w:tcMar>
          </w:tcPr>
          <w:p w14:paraId="6880B940" w14:textId="66BAC259" w:rsidR="002804E4" w:rsidRPr="002804E4" w:rsidRDefault="002804E4" w:rsidP="00B46912">
            <w:pPr>
              <w:spacing w:after="0"/>
              <w:rPr>
                <w:rFonts w:ascii="Calibri" w:hAnsi="Calibri" w:cs="Calibri"/>
                <w:sz w:val="24"/>
                <w:szCs w:val="24"/>
              </w:rPr>
            </w:pPr>
            <w:r w:rsidRPr="002804E4">
              <w:rPr>
                <w:rFonts w:ascii="Calibri" w:hAnsi="Calibri" w:cs="Calibri"/>
                <w:b/>
                <w:color w:val="FFFFFF"/>
                <w:sz w:val="24"/>
                <w:szCs w:val="24"/>
              </w:rPr>
              <w:t>1</w:t>
            </w:r>
            <w:r w:rsidR="00085DE8" w:rsidRPr="002804E4">
              <w:rPr>
                <w:rFonts w:ascii="Calibri" w:hAnsi="Calibri" w:cs="Calibri"/>
                <w:b/>
                <w:color w:val="FFFFFF"/>
                <w:sz w:val="24"/>
                <w:szCs w:val="24"/>
              </w:rPr>
              <w:t>. Career</w:t>
            </w:r>
            <w:r w:rsidRPr="002804E4">
              <w:rPr>
                <w:rFonts w:ascii="Calibri" w:hAnsi="Calibri" w:cs="Calibri"/>
                <w:b/>
                <w:color w:val="FFFFFF"/>
                <w:sz w:val="24"/>
                <w:szCs w:val="24"/>
              </w:rPr>
              <w:t>-Context Literacy: How AI Is Reshaping the Field</w:t>
            </w:r>
          </w:p>
        </w:tc>
      </w:tr>
      <w:tr w:rsidR="00B46912" w:rsidRPr="002804E4" w14:paraId="738A9915" w14:textId="77777777" w:rsidTr="00B46912">
        <w:trPr>
          <w:trHeight w:val="534"/>
        </w:trPr>
        <w:tc>
          <w:tcPr>
            <w:tcW w:w="6115" w:type="dxa"/>
            <w:tcBorders>
              <w:right w:val="single" w:sz="8" w:space="0" w:color="000000" w:themeColor="text1"/>
            </w:tcBorders>
            <w:shd w:val="clear" w:color="auto" w:fill="E7EEF7"/>
            <w:tcMar>
              <w:top w:w="50" w:type="dxa"/>
              <w:left w:w="80" w:type="dxa"/>
              <w:bottom w:w="50" w:type="dxa"/>
              <w:right w:w="80" w:type="dxa"/>
            </w:tcMar>
          </w:tcPr>
          <w:p w14:paraId="20726A01" w14:textId="3C97AA94" w:rsidR="00B46912" w:rsidRPr="002804E4" w:rsidRDefault="00B46912" w:rsidP="00B46912">
            <w:pPr>
              <w:spacing w:after="0"/>
              <w:rPr>
                <w:rFonts w:ascii="Calibri" w:hAnsi="Calibri" w:cs="Calibri"/>
                <w:color w:val="232323"/>
                <w:sz w:val="24"/>
                <w:szCs w:val="24"/>
              </w:rPr>
            </w:pPr>
            <w:r w:rsidRPr="002804E4">
              <w:rPr>
                <w:rFonts w:ascii="Calibri" w:hAnsi="Calibri" w:cs="Calibri"/>
                <w:color w:val="232323"/>
                <w:sz w:val="24"/>
                <w:szCs w:val="24"/>
              </w:rPr>
              <w:t>AI career literacy is one of the course</w:t>
            </w:r>
            <w:r>
              <w:rPr>
                <w:rFonts w:ascii="Calibri" w:hAnsi="Calibri" w:cs="Calibri"/>
                <w:color w:val="232323"/>
                <w:sz w:val="24"/>
                <w:szCs w:val="24"/>
              </w:rPr>
              <w:t>’</w:t>
            </w:r>
            <w:r w:rsidRPr="002804E4">
              <w:rPr>
                <w:rFonts w:ascii="Calibri" w:hAnsi="Calibri" w:cs="Calibri"/>
                <w:color w:val="232323"/>
                <w:sz w:val="24"/>
                <w:szCs w:val="24"/>
              </w:rPr>
              <w:t>s learning objectives.</w:t>
            </w:r>
          </w:p>
        </w:tc>
        <w:tc>
          <w:tcPr>
            <w:tcW w:w="7709" w:type="dxa"/>
            <w:tcBorders>
              <w:left w:val="single" w:sz="8" w:space="0" w:color="000000" w:themeColor="text1"/>
            </w:tcBorders>
          </w:tcPr>
          <w:p w14:paraId="3ED459EC" w14:textId="59D7DD5C" w:rsidR="00B46912" w:rsidRPr="002804E4" w:rsidRDefault="00B46912" w:rsidP="00B46912">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Syllabus:</w:t>
            </w:r>
            <w:r>
              <w:rPr>
                <w:rFonts w:ascii="Calibri" w:hAnsi="Calibri" w:cs="Calibri"/>
                <w:bCs/>
                <w:color w:val="000000" w:themeColor="text1"/>
                <w:sz w:val="20"/>
                <w:szCs w:val="20"/>
              </w:rPr>
              <w:t xml:space="preserve"> Outcomes section: “By the end of the course you will be able to select and apply AI to chemical problems.”</w:t>
            </w:r>
          </w:p>
        </w:tc>
      </w:tr>
      <w:tr w:rsidR="002804E4" w:rsidRPr="002804E4" w14:paraId="771ACECC" w14:textId="77777777" w:rsidTr="002804E4">
        <w:trPr>
          <w:trHeight w:val="555"/>
        </w:trPr>
        <w:tc>
          <w:tcPr>
            <w:tcW w:w="6115" w:type="dxa"/>
            <w:vMerge w:val="restart"/>
            <w:tcBorders>
              <w:right w:val="single" w:sz="8" w:space="0" w:color="000000" w:themeColor="text1"/>
            </w:tcBorders>
            <w:shd w:val="clear" w:color="auto" w:fill="E7EEF7"/>
            <w:tcMar>
              <w:top w:w="50" w:type="dxa"/>
              <w:left w:w="80" w:type="dxa"/>
              <w:bottom w:w="50" w:type="dxa"/>
              <w:right w:w="80" w:type="dxa"/>
            </w:tcMar>
          </w:tcPr>
          <w:p w14:paraId="23E0DF37" w14:textId="60B9C1BA" w:rsidR="002804E4" w:rsidRPr="002804E4" w:rsidRDefault="002804E4" w:rsidP="00B46912">
            <w:pPr>
              <w:spacing w:after="0"/>
              <w:rPr>
                <w:rFonts w:ascii="Calibri" w:hAnsi="Calibri" w:cs="Calibri"/>
                <w:b/>
                <w:color w:val="FFFFFF"/>
                <w:sz w:val="24"/>
                <w:szCs w:val="24"/>
              </w:rPr>
            </w:pPr>
            <w:r w:rsidRPr="002804E4">
              <w:rPr>
                <w:rFonts w:ascii="Calibri" w:hAnsi="Calibri" w:cs="Calibri"/>
                <w:color w:val="232323"/>
                <w:sz w:val="24"/>
                <w:szCs w:val="24"/>
              </w:rPr>
              <w:t>Students explore and discuss how AI is changing the tasks, roles, and hiring expectations in careers tied to the degree program.</w:t>
            </w:r>
          </w:p>
        </w:tc>
        <w:tc>
          <w:tcPr>
            <w:tcW w:w="7709" w:type="dxa"/>
            <w:tcBorders>
              <w:left w:val="single" w:sz="8" w:space="0" w:color="000000" w:themeColor="text1"/>
            </w:tcBorders>
          </w:tcPr>
          <w:p w14:paraId="07057309" w14:textId="6F80442C" w:rsidR="002804E4" w:rsidRPr="002804E4" w:rsidRDefault="002804E4" w:rsidP="00B46912">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Syllabus:</w:t>
            </w:r>
            <w:r w:rsidR="003B2AC7">
              <w:rPr>
                <w:rFonts w:ascii="Calibri" w:hAnsi="Calibri" w:cs="Calibri"/>
                <w:bCs/>
                <w:color w:val="000000" w:themeColor="text1"/>
                <w:sz w:val="20"/>
                <w:szCs w:val="20"/>
              </w:rPr>
              <w:t xml:space="preserve"> Outcomes section: “By the end of the course you will be able to describe common applications of AI in the chemical industry.”</w:t>
            </w:r>
          </w:p>
        </w:tc>
      </w:tr>
      <w:tr w:rsidR="002804E4" w:rsidRPr="002804E4" w14:paraId="18E9FEEC" w14:textId="77777777" w:rsidTr="002804E4">
        <w:trPr>
          <w:trHeight w:val="555"/>
        </w:trPr>
        <w:tc>
          <w:tcPr>
            <w:tcW w:w="6115" w:type="dxa"/>
            <w:vMerge/>
            <w:tcBorders>
              <w:right w:val="single" w:sz="8" w:space="0" w:color="000000" w:themeColor="text1"/>
            </w:tcBorders>
            <w:shd w:val="clear" w:color="auto" w:fill="E7EEF7"/>
            <w:tcMar>
              <w:top w:w="50" w:type="dxa"/>
              <w:left w:w="80" w:type="dxa"/>
              <w:bottom w:w="50" w:type="dxa"/>
              <w:right w:w="80" w:type="dxa"/>
            </w:tcMar>
          </w:tcPr>
          <w:p w14:paraId="3FB7029B" w14:textId="77777777" w:rsidR="002804E4" w:rsidRPr="002804E4" w:rsidRDefault="002804E4" w:rsidP="00B46912">
            <w:pPr>
              <w:spacing w:after="0"/>
              <w:rPr>
                <w:rFonts w:ascii="Calibri" w:hAnsi="Calibri" w:cs="Calibri"/>
                <w:color w:val="232323"/>
                <w:sz w:val="24"/>
                <w:szCs w:val="24"/>
              </w:rPr>
            </w:pPr>
          </w:p>
        </w:tc>
        <w:tc>
          <w:tcPr>
            <w:tcW w:w="7709" w:type="dxa"/>
            <w:tcBorders>
              <w:left w:val="single" w:sz="8" w:space="0" w:color="000000" w:themeColor="text1"/>
            </w:tcBorders>
          </w:tcPr>
          <w:p w14:paraId="3F1F181B" w14:textId="0AB6B3A7" w:rsidR="002804E4" w:rsidRDefault="002804E4" w:rsidP="00B46912">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Assignment(s):</w:t>
            </w:r>
            <w:r w:rsidR="003B2AC7">
              <w:rPr>
                <w:rFonts w:ascii="Calibri" w:hAnsi="Calibri" w:cs="Calibri"/>
                <w:bCs/>
                <w:color w:val="000000" w:themeColor="text1"/>
                <w:sz w:val="20"/>
                <w:szCs w:val="20"/>
              </w:rPr>
              <w:t xml:space="preserve"> Students research and develop an application packet for at least 2 jobs in the chemical industry</w:t>
            </w:r>
            <w:r w:rsidR="00FB6BAD">
              <w:rPr>
                <w:rFonts w:ascii="Calibri" w:hAnsi="Calibri" w:cs="Calibri"/>
                <w:bCs/>
                <w:color w:val="000000" w:themeColor="text1"/>
                <w:sz w:val="20"/>
                <w:szCs w:val="20"/>
              </w:rPr>
              <w:t>.</w:t>
            </w:r>
          </w:p>
          <w:p w14:paraId="488B0920" w14:textId="2E1E4DBA" w:rsidR="00295336" w:rsidRPr="002804E4" w:rsidRDefault="00295336" w:rsidP="00B46912">
            <w:pPr>
              <w:spacing w:after="0"/>
              <w:rPr>
                <w:rFonts w:ascii="Calibri" w:hAnsi="Calibri" w:cs="Calibri"/>
                <w:bCs/>
                <w:color w:val="000000" w:themeColor="text1"/>
                <w:sz w:val="20"/>
                <w:szCs w:val="20"/>
              </w:rPr>
            </w:pPr>
            <w:r>
              <w:rPr>
                <w:rFonts w:ascii="Calibri" w:hAnsi="Calibri" w:cs="Calibri"/>
                <w:bCs/>
                <w:color w:val="000000" w:themeColor="text1"/>
                <w:sz w:val="20"/>
                <w:szCs w:val="20"/>
              </w:rPr>
              <w:t>Students read an article about how AI is changing the chemical industry</w:t>
            </w:r>
            <w:r w:rsidR="00907E99">
              <w:rPr>
                <w:rFonts w:ascii="Calibri" w:hAnsi="Calibri" w:cs="Calibri"/>
                <w:bCs/>
                <w:color w:val="000000" w:themeColor="text1"/>
                <w:sz w:val="20"/>
                <w:szCs w:val="20"/>
              </w:rPr>
              <w:t>.</w:t>
            </w:r>
          </w:p>
        </w:tc>
      </w:tr>
      <w:tr w:rsidR="002804E4" w:rsidRPr="002804E4" w14:paraId="7092840D" w14:textId="77777777" w:rsidTr="002804E4">
        <w:trPr>
          <w:trHeight w:val="555"/>
        </w:trPr>
        <w:tc>
          <w:tcPr>
            <w:tcW w:w="6115" w:type="dxa"/>
            <w:vMerge w:val="restart"/>
            <w:tcBorders>
              <w:right w:val="single" w:sz="8" w:space="0" w:color="000000" w:themeColor="text1"/>
            </w:tcBorders>
            <w:shd w:val="clear" w:color="auto" w:fill="E7EEF7"/>
            <w:tcMar>
              <w:top w:w="50" w:type="dxa"/>
              <w:left w:w="80" w:type="dxa"/>
              <w:bottom w:w="50" w:type="dxa"/>
              <w:right w:w="80" w:type="dxa"/>
            </w:tcMar>
          </w:tcPr>
          <w:p w14:paraId="17670D4A" w14:textId="40218910" w:rsidR="002804E4" w:rsidRPr="002804E4" w:rsidRDefault="002804E4" w:rsidP="00B46912">
            <w:pPr>
              <w:spacing w:after="0"/>
              <w:rPr>
                <w:rFonts w:ascii="Calibri" w:hAnsi="Calibri" w:cs="Calibri"/>
                <w:b/>
                <w:color w:val="FFFFFF"/>
                <w:sz w:val="24"/>
                <w:szCs w:val="24"/>
              </w:rPr>
            </w:pPr>
            <w:r w:rsidRPr="002804E4">
              <w:rPr>
                <w:rFonts w:ascii="Calibri" w:hAnsi="Calibri" w:cs="Calibri"/>
                <w:color w:val="232323"/>
                <w:sz w:val="24"/>
                <w:szCs w:val="24"/>
              </w:rPr>
              <w:t>Students read and discuss current, discipline-specific examples of AI adoption drawn from industry sources, professional associations, and/or alumni.</w:t>
            </w:r>
          </w:p>
        </w:tc>
        <w:tc>
          <w:tcPr>
            <w:tcW w:w="7709" w:type="dxa"/>
            <w:tcBorders>
              <w:left w:val="single" w:sz="8" w:space="0" w:color="000000" w:themeColor="text1"/>
            </w:tcBorders>
          </w:tcPr>
          <w:p w14:paraId="5A7C6098" w14:textId="088FF588" w:rsidR="002804E4" w:rsidRPr="002804E4" w:rsidRDefault="002804E4" w:rsidP="00B46912">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Syllabus:</w:t>
            </w:r>
            <w:r w:rsidR="003B2AC7">
              <w:rPr>
                <w:rFonts w:ascii="Calibri" w:hAnsi="Calibri" w:cs="Calibri"/>
                <w:bCs/>
                <w:color w:val="000000" w:themeColor="text1"/>
                <w:sz w:val="20"/>
                <w:szCs w:val="20"/>
              </w:rPr>
              <w:t xml:space="preserve"> </w:t>
            </w:r>
            <w:r w:rsidR="00907E99">
              <w:rPr>
                <w:rFonts w:ascii="Calibri" w:hAnsi="Calibri" w:cs="Calibri"/>
                <w:bCs/>
                <w:color w:val="000000" w:themeColor="text1"/>
                <w:sz w:val="20"/>
                <w:szCs w:val="20"/>
              </w:rPr>
              <w:t>Schedule: “</w:t>
            </w:r>
            <w:r w:rsidR="003B2AC7">
              <w:rPr>
                <w:rFonts w:ascii="Calibri" w:hAnsi="Calibri" w:cs="Calibri"/>
                <w:bCs/>
                <w:color w:val="000000" w:themeColor="text1"/>
                <w:sz w:val="20"/>
                <w:szCs w:val="20"/>
              </w:rPr>
              <w:t xml:space="preserve">Speaker from </w:t>
            </w:r>
            <w:r w:rsidR="00907E99">
              <w:rPr>
                <w:rFonts w:ascii="Calibri" w:hAnsi="Calibri" w:cs="Calibri"/>
                <w:bCs/>
                <w:color w:val="000000" w:themeColor="text1"/>
                <w:sz w:val="20"/>
                <w:szCs w:val="20"/>
              </w:rPr>
              <w:t>Dow C</w:t>
            </w:r>
            <w:r w:rsidR="003B2AC7">
              <w:rPr>
                <w:rFonts w:ascii="Calibri" w:hAnsi="Calibri" w:cs="Calibri"/>
                <w:bCs/>
                <w:color w:val="000000" w:themeColor="text1"/>
                <w:sz w:val="20"/>
                <w:szCs w:val="20"/>
              </w:rPr>
              <w:t xml:space="preserve">hemical </w:t>
            </w:r>
            <w:r w:rsidR="00907E99">
              <w:rPr>
                <w:rFonts w:ascii="Calibri" w:hAnsi="Calibri" w:cs="Calibri"/>
                <w:bCs/>
                <w:color w:val="000000" w:themeColor="text1"/>
                <w:sz w:val="20"/>
                <w:szCs w:val="20"/>
              </w:rPr>
              <w:t>C</w:t>
            </w:r>
            <w:r w:rsidR="003B2AC7">
              <w:rPr>
                <w:rFonts w:ascii="Calibri" w:hAnsi="Calibri" w:cs="Calibri"/>
                <w:bCs/>
                <w:color w:val="000000" w:themeColor="text1"/>
                <w:sz w:val="20"/>
                <w:szCs w:val="20"/>
              </w:rPr>
              <w:t>ompany will describe how they are integrating AI into their workflow</w:t>
            </w:r>
            <w:r w:rsidR="00FB6BAD">
              <w:rPr>
                <w:rFonts w:ascii="Calibri" w:hAnsi="Calibri" w:cs="Calibri"/>
                <w:bCs/>
                <w:color w:val="000000" w:themeColor="text1"/>
                <w:sz w:val="20"/>
                <w:szCs w:val="20"/>
              </w:rPr>
              <w:t>.</w:t>
            </w:r>
            <w:r w:rsidR="00907E99">
              <w:rPr>
                <w:rFonts w:ascii="Calibri" w:hAnsi="Calibri" w:cs="Calibri"/>
                <w:bCs/>
                <w:color w:val="000000" w:themeColor="text1"/>
                <w:sz w:val="20"/>
                <w:szCs w:val="20"/>
              </w:rPr>
              <w:t>”</w:t>
            </w:r>
          </w:p>
        </w:tc>
      </w:tr>
      <w:tr w:rsidR="002804E4" w:rsidRPr="002804E4" w14:paraId="1352518E" w14:textId="77777777" w:rsidTr="002804E4">
        <w:trPr>
          <w:trHeight w:val="555"/>
        </w:trPr>
        <w:tc>
          <w:tcPr>
            <w:tcW w:w="6115" w:type="dxa"/>
            <w:vMerge/>
            <w:tcBorders>
              <w:right w:val="single" w:sz="8" w:space="0" w:color="000000" w:themeColor="text1"/>
            </w:tcBorders>
            <w:shd w:val="clear" w:color="auto" w:fill="E7EEF7"/>
            <w:tcMar>
              <w:top w:w="50" w:type="dxa"/>
              <w:left w:w="80" w:type="dxa"/>
              <w:bottom w:w="50" w:type="dxa"/>
              <w:right w:w="80" w:type="dxa"/>
            </w:tcMar>
          </w:tcPr>
          <w:p w14:paraId="7C65F1EC" w14:textId="77777777" w:rsidR="002804E4" w:rsidRPr="002804E4" w:rsidRDefault="002804E4" w:rsidP="00B46912">
            <w:pPr>
              <w:spacing w:after="0"/>
              <w:rPr>
                <w:rFonts w:ascii="Calibri" w:hAnsi="Calibri" w:cs="Calibri"/>
                <w:color w:val="232323"/>
                <w:sz w:val="24"/>
                <w:szCs w:val="24"/>
              </w:rPr>
            </w:pPr>
          </w:p>
        </w:tc>
        <w:tc>
          <w:tcPr>
            <w:tcW w:w="7709" w:type="dxa"/>
            <w:tcBorders>
              <w:left w:val="single" w:sz="8" w:space="0" w:color="000000" w:themeColor="text1"/>
            </w:tcBorders>
          </w:tcPr>
          <w:p w14:paraId="00A1D395" w14:textId="15CB2A31" w:rsidR="002804E4" w:rsidRDefault="002804E4" w:rsidP="00B46912">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Assignment(s):</w:t>
            </w:r>
            <w:r w:rsidR="003B2AC7">
              <w:rPr>
                <w:rFonts w:ascii="Calibri" w:hAnsi="Calibri" w:cs="Calibri"/>
                <w:bCs/>
                <w:color w:val="000000" w:themeColor="text1"/>
                <w:sz w:val="20"/>
                <w:szCs w:val="20"/>
              </w:rPr>
              <w:t xml:space="preserve"> </w:t>
            </w:r>
            <w:r w:rsidR="00295336">
              <w:rPr>
                <w:rFonts w:ascii="Calibri" w:hAnsi="Calibri" w:cs="Calibri"/>
                <w:bCs/>
                <w:color w:val="000000" w:themeColor="text1"/>
                <w:sz w:val="20"/>
                <w:szCs w:val="20"/>
              </w:rPr>
              <w:t>Students r</w:t>
            </w:r>
            <w:r w:rsidR="00FB6BAD">
              <w:rPr>
                <w:rFonts w:ascii="Calibri" w:hAnsi="Calibri" w:cs="Calibri"/>
                <w:bCs/>
                <w:color w:val="000000" w:themeColor="text1"/>
                <w:sz w:val="20"/>
                <w:szCs w:val="20"/>
              </w:rPr>
              <w:t>ead three examples (provided) of applications of AI in chemical industry</w:t>
            </w:r>
            <w:r w:rsidR="00295336">
              <w:rPr>
                <w:rFonts w:ascii="Calibri" w:hAnsi="Calibri" w:cs="Calibri"/>
                <w:bCs/>
                <w:color w:val="000000" w:themeColor="text1"/>
                <w:sz w:val="20"/>
                <w:szCs w:val="20"/>
              </w:rPr>
              <w:t>; create a table comparing AI and non-AI approaches</w:t>
            </w:r>
            <w:r w:rsidR="00907E99">
              <w:rPr>
                <w:rFonts w:ascii="Calibri" w:hAnsi="Calibri" w:cs="Calibri"/>
                <w:bCs/>
                <w:color w:val="000000" w:themeColor="text1"/>
                <w:sz w:val="20"/>
                <w:szCs w:val="20"/>
              </w:rPr>
              <w:t>.</w:t>
            </w:r>
          </w:p>
          <w:p w14:paraId="2037AF71" w14:textId="54D57CED" w:rsidR="00295336" w:rsidRPr="002804E4" w:rsidRDefault="00295336" w:rsidP="00B46912">
            <w:pPr>
              <w:spacing w:after="0"/>
              <w:rPr>
                <w:rFonts w:ascii="Calibri" w:hAnsi="Calibri" w:cs="Calibri"/>
                <w:bCs/>
                <w:color w:val="000000" w:themeColor="text1"/>
                <w:sz w:val="20"/>
                <w:szCs w:val="20"/>
              </w:rPr>
            </w:pPr>
            <w:r>
              <w:rPr>
                <w:rFonts w:ascii="Calibri" w:hAnsi="Calibri" w:cs="Calibri"/>
                <w:bCs/>
                <w:color w:val="000000" w:themeColor="text1"/>
                <w:sz w:val="20"/>
                <w:szCs w:val="20"/>
              </w:rPr>
              <w:t xml:space="preserve">Students conduct a range of experiments that </w:t>
            </w:r>
            <w:r w:rsidR="00085DE8">
              <w:rPr>
                <w:rFonts w:ascii="Calibri" w:hAnsi="Calibri" w:cs="Calibri"/>
                <w:bCs/>
                <w:color w:val="000000" w:themeColor="text1"/>
                <w:sz w:val="20"/>
                <w:szCs w:val="20"/>
              </w:rPr>
              <w:t>utilize</w:t>
            </w:r>
            <w:r>
              <w:rPr>
                <w:rFonts w:ascii="Calibri" w:hAnsi="Calibri" w:cs="Calibri"/>
                <w:bCs/>
                <w:color w:val="000000" w:themeColor="text1"/>
                <w:sz w:val="20"/>
                <w:szCs w:val="20"/>
              </w:rPr>
              <w:t xml:space="preserve"> AI for set-up and/or analysis</w:t>
            </w:r>
          </w:p>
        </w:tc>
      </w:tr>
      <w:tr w:rsidR="002804E4" w:rsidRPr="002804E4" w14:paraId="10E6538F" w14:textId="77777777" w:rsidTr="002804E4">
        <w:trPr>
          <w:trHeight w:val="555"/>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012D213E" w14:textId="1C70013A" w:rsidR="002804E4" w:rsidRPr="002804E4" w:rsidRDefault="002804E4" w:rsidP="00B46912">
            <w:pPr>
              <w:tabs>
                <w:tab w:val="left" w:pos="230"/>
              </w:tabs>
              <w:spacing w:after="0"/>
              <w:rPr>
                <w:rFonts w:ascii="Calibri" w:hAnsi="Calibri" w:cs="Calibri"/>
                <w:sz w:val="24"/>
                <w:szCs w:val="24"/>
              </w:rPr>
            </w:pPr>
            <w:r w:rsidRPr="002804E4">
              <w:rPr>
                <w:rFonts w:ascii="Calibri" w:hAnsi="Calibri" w:cs="Calibri"/>
                <w:color w:val="232323"/>
                <w:sz w:val="24"/>
                <w:szCs w:val="24"/>
              </w:rPr>
              <w:t>Students explore the distinctions among what AI augments, what it automates, and what remains distinctly human in the field.</w:t>
            </w:r>
          </w:p>
        </w:tc>
        <w:tc>
          <w:tcPr>
            <w:tcW w:w="7709" w:type="dxa"/>
            <w:tcBorders>
              <w:left w:val="single" w:sz="8" w:space="0" w:color="000000" w:themeColor="text1"/>
            </w:tcBorders>
            <w:tcMar>
              <w:top w:w="60" w:type="dxa"/>
              <w:left w:w="90" w:type="dxa"/>
              <w:bottom w:w="60" w:type="dxa"/>
              <w:right w:w="90" w:type="dxa"/>
            </w:tcMar>
          </w:tcPr>
          <w:p w14:paraId="3B60F00F" w14:textId="289847D4" w:rsidR="002804E4" w:rsidRPr="002804E4" w:rsidRDefault="002804E4" w:rsidP="00B46912">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979657464"/>
                <w:placeholder>
                  <w:docPart w:val="DefaultPlaceholder_-1854013440"/>
                </w:placeholder>
                <w:showingPlcHdr/>
                <w:text/>
              </w:sdtPr>
              <w:sdtEndPr/>
              <w:sdtContent>
                <w:r w:rsidR="00DB7773" w:rsidRPr="0098796C">
                  <w:rPr>
                    <w:rStyle w:val="PlaceholderText"/>
                  </w:rPr>
                  <w:t>Click or tap here to enter text.</w:t>
                </w:r>
              </w:sdtContent>
            </w:sdt>
          </w:p>
        </w:tc>
      </w:tr>
      <w:tr w:rsidR="002804E4" w:rsidRPr="002804E4" w14:paraId="6E8D7185" w14:textId="77777777" w:rsidTr="00B46912">
        <w:tc>
          <w:tcPr>
            <w:tcW w:w="6115" w:type="dxa"/>
            <w:vMerge/>
            <w:tcBorders>
              <w:right w:val="single" w:sz="8" w:space="0" w:color="000000" w:themeColor="text1"/>
            </w:tcBorders>
            <w:shd w:val="clear" w:color="auto" w:fill="E7EEF7"/>
            <w:tcMar>
              <w:top w:w="60" w:type="dxa"/>
              <w:left w:w="90" w:type="dxa"/>
              <w:bottom w:w="60" w:type="dxa"/>
              <w:right w:w="90" w:type="dxa"/>
            </w:tcMar>
          </w:tcPr>
          <w:p w14:paraId="0DCBAC33" w14:textId="77777777" w:rsidR="002804E4" w:rsidRPr="002804E4" w:rsidRDefault="002804E4" w:rsidP="00B46912">
            <w:pPr>
              <w:tabs>
                <w:tab w:val="left" w:pos="230"/>
              </w:tabs>
              <w:spacing w:after="0"/>
              <w:rPr>
                <w:rFonts w:ascii="Calibri" w:hAnsi="Calibri" w:cs="Calibri"/>
                <w:color w:val="232323"/>
                <w:sz w:val="17"/>
              </w:rPr>
            </w:pPr>
          </w:p>
        </w:tc>
        <w:tc>
          <w:tcPr>
            <w:tcW w:w="7709" w:type="dxa"/>
            <w:tcBorders>
              <w:left w:val="single" w:sz="8" w:space="0" w:color="000000" w:themeColor="text1"/>
            </w:tcBorders>
            <w:tcMar>
              <w:top w:w="60" w:type="dxa"/>
              <w:left w:w="90" w:type="dxa"/>
              <w:bottom w:w="60" w:type="dxa"/>
              <w:right w:w="90" w:type="dxa"/>
            </w:tcMar>
          </w:tcPr>
          <w:p w14:paraId="1292467C" w14:textId="24E62052" w:rsidR="002804E4" w:rsidRDefault="002804E4" w:rsidP="00B46912">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Assignment(s):</w:t>
            </w:r>
            <w:r w:rsidR="00295336">
              <w:rPr>
                <w:rFonts w:ascii="Calibri" w:hAnsi="Calibri" w:cs="Calibri"/>
                <w:bCs/>
                <w:color w:val="000000" w:themeColor="text1"/>
                <w:sz w:val="20"/>
                <w:szCs w:val="20"/>
              </w:rPr>
              <w:t xml:space="preserve"> Students develop an AI script to </w:t>
            </w:r>
            <w:r w:rsidR="00830B9B">
              <w:rPr>
                <w:rFonts w:ascii="Calibri" w:hAnsi="Calibri" w:cs="Calibri"/>
                <w:bCs/>
                <w:color w:val="000000" w:themeColor="text1"/>
                <w:sz w:val="20"/>
                <w:szCs w:val="20"/>
              </w:rPr>
              <w:t>augment</w:t>
            </w:r>
            <w:r w:rsidR="00295336">
              <w:rPr>
                <w:rFonts w:ascii="Calibri" w:hAnsi="Calibri" w:cs="Calibri"/>
                <w:bCs/>
                <w:color w:val="000000" w:themeColor="text1"/>
                <w:sz w:val="20"/>
                <w:szCs w:val="20"/>
              </w:rPr>
              <w:t xml:space="preserve"> and/or enhance processes; e.g., </w:t>
            </w:r>
            <w:r w:rsidR="00295336" w:rsidRPr="00295336">
              <w:rPr>
                <w:rFonts w:ascii="Calibri" w:hAnsi="Calibri" w:cs="Calibri"/>
                <w:bCs/>
                <w:i/>
                <w:iCs/>
                <w:color w:val="000000" w:themeColor="text1"/>
                <w:sz w:val="20"/>
                <w:szCs w:val="20"/>
              </w:rPr>
              <w:t>de novo</w:t>
            </w:r>
            <w:r w:rsidR="00295336">
              <w:rPr>
                <w:rFonts w:ascii="Calibri" w:hAnsi="Calibri" w:cs="Calibri"/>
                <w:bCs/>
                <w:color w:val="000000" w:themeColor="text1"/>
                <w:sz w:val="20"/>
                <w:szCs w:val="20"/>
              </w:rPr>
              <w:t xml:space="preserve"> molecule generation.</w:t>
            </w:r>
          </w:p>
          <w:p w14:paraId="60566C81" w14:textId="58056865" w:rsidR="00B46912" w:rsidRPr="002804E4" w:rsidRDefault="00B46912" w:rsidP="00B46912">
            <w:pPr>
              <w:spacing w:after="0"/>
              <w:rPr>
                <w:rFonts w:ascii="Calibri" w:hAnsi="Calibri" w:cs="Calibri"/>
                <w:bCs/>
                <w:color w:val="000000" w:themeColor="text1"/>
                <w:sz w:val="20"/>
                <w:szCs w:val="20"/>
              </w:rPr>
            </w:pPr>
            <w:r>
              <w:rPr>
                <w:rFonts w:ascii="Calibri" w:hAnsi="Calibri" w:cs="Calibri"/>
                <w:bCs/>
                <w:color w:val="000000" w:themeColor="text1"/>
                <w:sz w:val="20"/>
                <w:szCs w:val="20"/>
              </w:rPr>
              <w:t>Students use AI to automate workflow; e.g., regression and classification</w:t>
            </w:r>
          </w:p>
        </w:tc>
      </w:tr>
    </w:tbl>
    <w:p w14:paraId="28577434" w14:textId="512A73AD" w:rsidR="002804E4" w:rsidRDefault="002804E4" w:rsidP="00B46912">
      <w:pPr>
        <w:spacing w:after="0"/>
      </w:pPr>
    </w:p>
    <w:p w14:paraId="2CC65EAA" w14:textId="7B8F6391" w:rsidR="002804E4" w:rsidRDefault="002804E4" w:rsidP="00B46912">
      <w:pPr>
        <w:spacing w:after="0"/>
      </w:pPr>
    </w:p>
    <w:p w14:paraId="2FA33D39" w14:textId="24708FDF" w:rsidR="00C94D5E" w:rsidRPr="00C94D5E" w:rsidRDefault="00C94D5E" w:rsidP="00C94D5E">
      <w:pPr>
        <w:tabs>
          <w:tab w:val="left" w:pos="5070"/>
        </w:tabs>
      </w:pPr>
      <w:r>
        <w:tab/>
      </w:r>
    </w:p>
    <w:tbl>
      <w:tblPr>
        <w:tblW w:w="138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115"/>
        <w:gridCol w:w="7709"/>
      </w:tblGrid>
      <w:tr w:rsidR="002804E4" w:rsidRPr="002804E4" w14:paraId="4EC8B7DC" w14:textId="77777777" w:rsidTr="00D9751D">
        <w:trPr>
          <w:tblHeader/>
        </w:trPr>
        <w:tc>
          <w:tcPr>
            <w:tcW w:w="6115" w:type="dxa"/>
            <w:tcBorders>
              <w:right w:val="single" w:sz="8" w:space="0" w:color="000000" w:themeColor="text1"/>
            </w:tcBorders>
            <w:shd w:val="clear" w:color="auto" w:fill="1F3864"/>
            <w:tcMar>
              <w:top w:w="50" w:type="dxa"/>
              <w:left w:w="90" w:type="dxa"/>
              <w:bottom w:w="50" w:type="dxa"/>
              <w:right w:w="90" w:type="dxa"/>
            </w:tcMar>
          </w:tcPr>
          <w:p w14:paraId="76CAE187" w14:textId="77777777" w:rsidR="002804E4" w:rsidRPr="002804E4" w:rsidRDefault="002804E4" w:rsidP="00B46912">
            <w:pPr>
              <w:spacing w:after="0"/>
              <w:rPr>
                <w:rFonts w:ascii="Calibri" w:hAnsi="Calibri" w:cs="Calibri"/>
                <w:sz w:val="28"/>
                <w:szCs w:val="28"/>
              </w:rPr>
            </w:pPr>
            <w:r w:rsidRPr="002804E4">
              <w:rPr>
                <w:rFonts w:ascii="Calibri" w:hAnsi="Calibri" w:cs="Calibri"/>
                <w:b/>
                <w:color w:val="FFFFFF"/>
                <w:sz w:val="28"/>
                <w:szCs w:val="28"/>
              </w:rPr>
              <w:lastRenderedPageBreak/>
              <w:t>Criteria</w:t>
            </w:r>
          </w:p>
        </w:tc>
        <w:tc>
          <w:tcPr>
            <w:tcW w:w="7709" w:type="dxa"/>
            <w:tcBorders>
              <w:left w:val="single" w:sz="8" w:space="0" w:color="000000" w:themeColor="text1"/>
            </w:tcBorders>
            <w:shd w:val="clear" w:color="auto" w:fill="1F3864"/>
            <w:tcMar>
              <w:top w:w="50" w:type="dxa"/>
              <w:left w:w="90" w:type="dxa"/>
              <w:bottom w:w="50" w:type="dxa"/>
              <w:right w:w="90" w:type="dxa"/>
            </w:tcMar>
          </w:tcPr>
          <w:p w14:paraId="603AE74F" w14:textId="77777777" w:rsidR="002804E4" w:rsidRPr="002804E4" w:rsidRDefault="002804E4" w:rsidP="00B46912">
            <w:pPr>
              <w:spacing w:after="0"/>
              <w:jc w:val="center"/>
              <w:rPr>
                <w:rFonts w:ascii="Calibri" w:hAnsi="Calibri" w:cs="Calibri"/>
                <w:sz w:val="28"/>
                <w:szCs w:val="28"/>
              </w:rPr>
            </w:pPr>
            <w:r w:rsidRPr="002804E4">
              <w:rPr>
                <w:rFonts w:ascii="Calibri" w:hAnsi="Calibri" w:cs="Calibri"/>
                <w:b/>
                <w:color w:val="FFFFFF"/>
                <w:sz w:val="28"/>
                <w:szCs w:val="28"/>
              </w:rPr>
              <w:t>Evidence</w:t>
            </w:r>
            <w:r w:rsidRPr="002804E4">
              <w:rPr>
                <w:rFonts w:ascii="Calibri" w:hAnsi="Calibri" w:cs="Calibri"/>
                <w:sz w:val="28"/>
                <w:szCs w:val="28"/>
              </w:rPr>
              <w:t xml:space="preserve"> </w:t>
            </w:r>
            <w:r w:rsidRPr="002804E4">
              <w:rPr>
                <w:rFonts w:ascii="Calibri" w:hAnsi="Calibri" w:cs="Calibri"/>
                <w:b/>
                <w:color w:val="FFFFFF"/>
                <w:sz w:val="28"/>
                <w:szCs w:val="28"/>
              </w:rPr>
              <w:t>&amp; Elaboration</w:t>
            </w:r>
          </w:p>
        </w:tc>
      </w:tr>
      <w:tr w:rsidR="002804E4" w:rsidRPr="002804E4" w14:paraId="445C3136" w14:textId="77777777" w:rsidTr="002804E4">
        <w:tc>
          <w:tcPr>
            <w:tcW w:w="13824" w:type="dxa"/>
            <w:gridSpan w:val="2"/>
            <w:tcBorders>
              <w:right w:val="single" w:sz="8" w:space="0" w:color="000000" w:themeColor="text1"/>
            </w:tcBorders>
            <w:shd w:val="clear" w:color="auto" w:fill="2F5496"/>
            <w:tcMar>
              <w:top w:w="50" w:type="dxa"/>
              <w:left w:w="80" w:type="dxa"/>
              <w:bottom w:w="50" w:type="dxa"/>
              <w:right w:w="80" w:type="dxa"/>
            </w:tcMar>
          </w:tcPr>
          <w:p w14:paraId="6F20474C" w14:textId="1A2F06D1" w:rsidR="002804E4" w:rsidRPr="002804E4" w:rsidRDefault="002804E4" w:rsidP="00B46912">
            <w:pPr>
              <w:spacing w:after="0"/>
              <w:rPr>
                <w:rFonts w:ascii="Calibri" w:hAnsi="Calibri" w:cs="Calibri"/>
                <w:sz w:val="24"/>
                <w:szCs w:val="24"/>
              </w:rPr>
            </w:pPr>
            <w:r w:rsidRPr="002804E4">
              <w:rPr>
                <w:rFonts w:ascii="Calibri" w:hAnsi="Calibri" w:cs="Calibri"/>
                <w:b/>
                <w:color w:val="FFFFFF"/>
                <w:sz w:val="24"/>
                <w:szCs w:val="24"/>
              </w:rPr>
              <w:t>2</w:t>
            </w:r>
            <w:r w:rsidR="00DB7773" w:rsidRPr="002804E4">
              <w:rPr>
                <w:rFonts w:ascii="Calibri" w:hAnsi="Calibri" w:cs="Calibri"/>
                <w:b/>
                <w:color w:val="FFFFFF"/>
                <w:sz w:val="24"/>
                <w:szCs w:val="24"/>
              </w:rPr>
              <w:t>. Critical</w:t>
            </w:r>
            <w:r w:rsidRPr="002804E4">
              <w:rPr>
                <w:rFonts w:ascii="Calibri" w:hAnsi="Calibri" w:cs="Calibri"/>
                <w:b/>
                <w:color w:val="FFFFFF"/>
                <w:sz w:val="24"/>
                <w:szCs w:val="24"/>
              </w:rPr>
              <w:t xml:space="preserve"> &amp; Ethical Evaluation of AI Tools</w:t>
            </w:r>
          </w:p>
        </w:tc>
      </w:tr>
      <w:tr w:rsidR="002804E4" w:rsidRPr="002804E4" w14:paraId="7BEAE267" w14:textId="77777777" w:rsidTr="002804E4">
        <w:trPr>
          <w:trHeight w:val="557"/>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1FD37286" w14:textId="0B82A7BC" w:rsidR="002804E4" w:rsidRPr="002804E4" w:rsidRDefault="002804E4" w:rsidP="00B46912">
            <w:pPr>
              <w:tabs>
                <w:tab w:val="left" w:pos="230"/>
              </w:tabs>
              <w:spacing w:after="0"/>
              <w:rPr>
                <w:rFonts w:ascii="Calibri" w:hAnsi="Calibri" w:cs="Calibri"/>
                <w:sz w:val="24"/>
                <w:szCs w:val="24"/>
              </w:rPr>
            </w:pPr>
            <w:r w:rsidRPr="002804E4">
              <w:rPr>
                <w:rFonts w:ascii="Calibri" w:hAnsi="Calibri" w:cs="Calibri"/>
                <w:color w:val="232323"/>
                <w:sz w:val="24"/>
                <w:szCs w:val="24"/>
              </w:rPr>
              <w:t>Students examine the limits of AI outputs — bias, fabrication, privacy, and data provenance — using examples relevant to the discipline.</w:t>
            </w:r>
          </w:p>
        </w:tc>
        <w:tc>
          <w:tcPr>
            <w:tcW w:w="7709" w:type="dxa"/>
            <w:tcBorders>
              <w:left w:val="single" w:sz="8" w:space="0" w:color="000000" w:themeColor="text1"/>
            </w:tcBorders>
            <w:tcMar>
              <w:top w:w="60" w:type="dxa"/>
              <w:left w:w="90" w:type="dxa"/>
              <w:bottom w:w="60" w:type="dxa"/>
              <w:right w:w="90" w:type="dxa"/>
            </w:tcMar>
          </w:tcPr>
          <w:p w14:paraId="0DDD3FF2" w14:textId="203D72FE" w:rsidR="00830B9B" w:rsidRPr="00830B9B" w:rsidRDefault="002804E4" w:rsidP="00B46912">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Syllabus:</w:t>
            </w:r>
            <w:r w:rsidR="00830B9B">
              <w:rPr>
                <w:rFonts w:ascii="Calibri" w:hAnsi="Calibri" w:cs="Calibri"/>
                <w:bCs/>
                <w:color w:val="000000" w:themeColor="text1"/>
                <w:sz w:val="20"/>
                <w:szCs w:val="20"/>
              </w:rPr>
              <w:t xml:space="preserve"> Readings include articles that explicitly discuss bias, fabrication, privacy, and data provenance. </w:t>
            </w:r>
          </w:p>
        </w:tc>
      </w:tr>
      <w:tr w:rsidR="002804E4" w:rsidRPr="002804E4" w14:paraId="0AA20656" w14:textId="77777777" w:rsidTr="002804E4">
        <w:trPr>
          <w:trHeight w:val="557"/>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08CC5371" w14:textId="77777777" w:rsidR="002804E4" w:rsidRPr="002804E4" w:rsidRDefault="002804E4" w:rsidP="00B46912">
            <w:pPr>
              <w:tabs>
                <w:tab w:val="left" w:pos="230"/>
              </w:tabs>
              <w:spacing w:after="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4CADFB88" w14:textId="743328E8" w:rsidR="002804E4" w:rsidRDefault="002804E4" w:rsidP="00B46912">
            <w:pPr>
              <w:spacing w:after="0"/>
              <w:rPr>
                <w:rFonts w:ascii="Calibri" w:hAnsi="Calibri" w:cs="Calibri"/>
                <w:bCs/>
                <w:color w:val="000000" w:themeColor="text1"/>
                <w:sz w:val="20"/>
                <w:szCs w:val="20"/>
              </w:rPr>
            </w:pPr>
            <w:r w:rsidRPr="002804E4">
              <w:rPr>
                <w:rFonts w:ascii="Calibri" w:hAnsi="Calibri" w:cs="Calibri"/>
                <w:bCs/>
                <w:color w:val="000000" w:themeColor="text1"/>
                <w:sz w:val="20"/>
                <w:szCs w:val="20"/>
              </w:rPr>
              <w:t>Assignment(s):</w:t>
            </w:r>
            <w:r w:rsidR="00830B9B">
              <w:rPr>
                <w:rFonts w:ascii="Calibri" w:hAnsi="Calibri" w:cs="Calibri"/>
                <w:bCs/>
                <w:color w:val="000000" w:themeColor="text1"/>
                <w:sz w:val="20"/>
                <w:szCs w:val="20"/>
              </w:rPr>
              <w:t xml:space="preserve"> Students will read several articles that do</w:t>
            </w:r>
            <w:r w:rsidR="00A666DE">
              <w:rPr>
                <w:rFonts w:ascii="Calibri" w:hAnsi="Calibri" w:cs="Calibri"/>
                <w:bCs/>
                <w:color w:val="000000" w:themeColor="text1"/>
                <w:sz w:val="20"/>
                <w:szCs w:val="20"/>
              </w:rPr>
              <w:t xml:space="preserve"> not</w:t>
            </w:r>
            <w:r w:rsidR="00830B9B">
              <w:rPr>
                <w:rFonts w:ascii="Calibri" w:hAnsi="Calibri" w:cs="Calibri"/>
                <w:bCs/>
                <w:color w:val="000000" w:themeColor="text1"/>
                <w:sz w:val="20"/>
                <w:szCs w:val="20"/>
              </w:rPr>
              <w:t>, or minimally, discuss these limitations and will outline the potential limitations.</w:t>
            </w:r>
          </w:p>
          <w:p w14:paraId="21A9D01F" w14:textId="6B562354" w:rsidR="00830B9B" w:rsidRPr="002804E4" w:rsidRDefault="00830B9B" w:rsidP="00B46912">
            <w:pPr>
              <w:spacing w:after="0"/>
              <w:rPr>
                <w:rFonts w:ascii="Calibri" w:hAnsi="Calibri" w:cs="Calibri"/>
                <w:sz w:val="20"/>
                <w:szCs w:val="20"/>
              </w:rPr>
            </w:pPr>
            <w:r>
              <w:rPr>
                <w:rFonts w:ascii="Calibri" w:hAnsi="Calibri" w:cs="Calibri"/>
                <w:bCs/>
                <w:color w:val="000000" w:themeColor="text1"/>
                <w:sz w:val="20"/>
                <w:szCs w:val="20"/>
              </w:rPr>
              <w:t>When examining their own experimental outcomes, students must address limitations.</w:t>
            </w:r>
          </w:p>
        </w:tc>
      </w:tr>
      <w:tr w:rsidR="002804E4" w:rsidRPr="002804E4" w14:paraId="7F6A7405" w14:textId="77777777" w:rsidTr="002804E4">
        <w:trPr>
          <w:trHeight w:val="557"/>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4FB12F62" w14:textId="16E9C00C" w:rsidR="002804E4" w:rsidRPr="002804E4" w:rsidRDefault="002804E4" w:rsidP="00B46912">
            <w:pPr>
              <w:tabs>
                <w:tab w:val="left" w:pos="230"/>
              </w:tabs>
              <w:spacing w:after="0"/>
              <w:rPr>
                <w:rFonts w:ascii="Calibri" w:hAnsi="Calibri" w:cs="Calibri"/>
                <w:b/>
                <w:color w:val="2F5496"/>
                <w:sz w:val="24"/>
                <w:szCs w:val="24"/>
              </w:rPr>
            </w:pPr>
            <w:r w:rsidRPr="002804E4">
              <w:rPr>
                <w:rFonts w:ascii="Calibri" w:hAnsi="Calibri" w:cs="Calibri"/>
                <w:color w:val="232323"/>
                <w:sz w:val="24"/>
                <w:szCs w:val="24"/>
              </w:rPr>
              <w:t>Students critique or fact-check an AI-generated artifact.</w:t>
            </w:r>
          </w:p>
        </w:tc>
        <w:tc>
          <w:tcPr>
            <w:tcW w:w="7709" w:type="dxa"/>
            <w:tcBorders>
              <w:left w:val="single" w:sz="8" w:space="0" w:color="000000" w:themeColor="text1"/>
            </w:tcBorders>
            <w:tcMar>
              <w:top w:w="60" w:type="dxa"/>
              <w:left w:w="90" w:type="dxa"/>
              <w:bottom w:w="60" w:type="dxa"/>
              <w:right w:w="90" w:type="dxa"/>
            </w:tcMar>
          </w:tcPr>
          <w:p w14:paraId="5B73AAC0" w14:textId="1EB798C0"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Syllabus:</w:t>
            </w:r>
            <w:r w:rsidR="00830B9B">
              <w:rPr>
                <w:rFonts w:ascii="Calibri" w:hAnsi="Calibri" w:cs="Calibri"/>
                <w:bCs/>
                <w:color w:val="000000" w:themeColor="text1"/>
                <w:sz w:val="20"/>
                <w:szCs w:val="20"/>
              </w:rPr>
              <w:t xml:space="preserve"> Each week we examine an AI-generated formula o</w:t>
            </w:r>
            <w:r w:rsidR="00907E99">
              <w:rPr>
                <w:rFonts w:ascii="Calibri" w:hAnsi="Calibri" w:cs="Calibri"/>
                <w:bCs/>
                <w:color w:val="000000" w:themeColor="text1"/>
                <w:sz w:val="20"/>
                <w:szCs w:val="20"/>
              </w:rPr>
              <w:t>r data set or analysis and critique it for precision and accuracy.</w:t>
            </w:r>
          </w:p>
        </w:tc>
      </w:tr>
      <w:tr w:rsidR="002804E4" w:rsidRPr="002804E4" w14:paraId="30697CC9" w14:textId="77777777" w:rsidTr="002804E4">
        <w:trPr>
          <w:trHeight w:val="557"/>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1E492D6F" w14:textId="77777777" w:rsidR="002804E4" w:rsidRPr="002804E4" w:rsidRDefault="002804E4" w:rsidP="00B46912">
            <w:pPr>
              <w:tabs>
                <w:tab w:val="left" w:pos="230"/>
              </w:tabs>
              <w:spacing w:after="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7860B0BF" w14:textId="00010C66"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Assignment(s)</w:t>
            </w:r>
            <w:r w:rsidR="00085DE8" w:rsidRPr="002804E4">
              <w:rPr>
                <w:rFonts w:ascii="Calibri" w:hAnsi="Calibri" w:cs="Calibri"/>
                <w:bCs/>
                <w:color w:val="000000" w:themeColor="text1"/>
                <w:sz w:val="20"/>
                <w:szCs w:val="20"/>
              </w:rPr>
              <w:t>:</w:t>
            </w:r>
            <w:r w:rsidR="00085DE8">
              <w:rPr>
                <w:rFonts w:ascii="Calibri" w:hAnsi="Calibri" w:cs="Calibri"/>
                <w:bCs/>
                <w:color w:val="000000" w:themeColor="text1"/>
                <w:sz w:val="20"/>
                <w:szCs w:val="20"/>
              </w:rPr>
              <w:t xml:space="preserve"> Upon</w:t>
            </w:r>
            <w:r w:rsidR="00907E99">
              <w:rPr>
                <w:rFonts w:ascii="Calibri" w:hAnsi="Calibri" w:cs="Calibri"/>
                <w:bCs/>
                <w:color w:val="000000" w:themeColor="text1"/>
                <w:sz w:val="20"/>
                <w:szCs w:val="20"/>
              </w:rPr>
              <w:t xml:space="preserve"> reading an AI-generated artifact, in some cases students will be required to replicate the experiment and compare results and/or compare to other literature re. the same artifact, not generated with AI.</w:t>
            </w:r>
          </w:p>
        </w:tc>
      </w:tr>
      <w:tr w:rsidR="002804E4" w:rsidRPr="002804E4" w14:paraId="27E72E48" w14:textId="77777777" w:rsidTr="002804E4">
        <w:trPr>
          <w:trHeight w:val="557"/>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720D5EA7" w14:textId="0A675DDB" w:rsidR="002804E4" w:rsidRPr="002804E4" w:rsidRDefault="002804E4" w:rsidP="00B46912">
            <w:pPr>
              <w:tabs>
                <w:tab w:val="left" w:pos="230"/>
              </w:tabs>
              <w:spacing w:after="0"/>
              <w:rPr>
                <w:rFonts w:ascii="Calibri" w:hAnsi="Calibri" w:cs="Calibri"/>
                <w:b/>
                <w:color w:val="2F5496"/>
                <w:sz w:val="24"/>
                <w:szCs w:val="24"/>
              </w:rPr>
            </w:pPr>
            <w:r w:rsidRPr="002804E4">
              <w:rPr>
                <w:rFonts w:ascii="Calibri" w:hAnsi="Calibri" w:cs="Calibri"/>
                <w:color w:val="232323"/>
                <w:sz w:val="24"/>
                <w:szCs w:val="24"/>
              </w:rPr>
              <w:t>Students discuss responsible-use norms: disclosure, attribution, academic integrity, and professional codes of conduct.</w:t>
            </w:r>
          </w:p>
        </w:tc>
        <w:tc>
          <w:tcPr>
            <w:tcW w:w="7709" w:type="dxa"/>
            <w:tcBorders>
              <w:left w:val="single" w:sz="8" w:space="0" w:color="000000" w:themeColor="text1"/>
            </w:tcBorders>
            <w:tcMar>
              <w:top w:w="60" w:type="dxa"/>
              <w:left w:w="90" w:type="dxa"/>
              <w:bottom w:w="60" w:type="dxa"/>
              <w:right w:w="90" w:type="dxa"/>
            </w:tcMar>
          </w:tcPr>
          <w:p w14:paraId="05F5205C" w14:textId="500EDB10"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Syllabus:</w:t>
            </w:r>
            <w:r w:rsidR="00907E99">
              <w:rPr>
                <w:rFonts w:ascii="Calibri" w:hAnsi="Calibri" w:cs="Calibri"/>
                <w:bCs/>
                <w:color w:val="000000" w:themeColor="text1"/>
                <w:sz w:val="20"/>
                <w:szCs w:val="20"/>
              </w:rPr>
              <w:t xml:space="preserve"> Students will read </w:t>
            </w:r>
            <w:r w:rsidR="005B13CB">
              <w:rPr>
                <w:rFonts w:ascii="Calibri" w:hAnsi="Calibri" w:cs="Calibri"/>
                <w:bCs/>
                <w:color w:val="000000" w:themeColor="text1"/>
                <w:sz w:val="20"/>
                <w:szCs w:val="20"/>
              </w:rPr>
              <w:t xml:space="preserve">examples of disclosure, attribution, and integrity from several high-impact journals, as well as our own </w:t>
            </w:r>
            <w:r w:rsidR="00A666DE">
              <w:rPr>
                <w:rFonts w:ascii="Calibri" w:hAnsi="Calibri" w:cs="Calibri"/>
                <w:bCs/>
                <w:color w:val="000000" w:themeColor="text1"/>
                <w:sz w:val="20"/>
                <w:szCs w:val="20"/>
              </w:rPr>
              <w:t>UNTD</w:t>
            </w:r>
            <w:r w:rsidR="005B13CB">
              <w:rPr>
                <w:rFonts w:ascii="Calibri" w:hAnsi="Calibri" w:cs="Calibri"/>
                <w:bCs/>
                <w:color w:val="000000" w:themeColor="text1"/>
                <w:sz w:val="20"/>
                <w:szCs w:val="20"/>
              </w:rPr>
              <w:t xml:space="preserve"> policies regarding professional conduct.</w:t>
            </w:r>
          </w:p>
        </w:tc>
      </w:tr>
      <w:tr w:rsidR="002804E4" w:rsidRPr="002804E4" w14:paraId="1CD1AA1F" w14:textId="77777777" w:rsidTr="002804E4">
        <w:trPr>
          <w:trHeight w:val="557"/>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42FF2B36" w14:textId="77777777" w:rsidR="002804E4" w:rsidRPr="002804E4" w:rsidRDefault="002804E4" w:rsidP="00B46912">
            <w:pPr>
              <w:tabs>
                <w:tab w:val="left" w:pos="230"/>
              </w:tabs>
              <w:spacing w:after="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52297DF3" w14:textId="5379392F"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Assignment(s):</w:t>
            </w:r>
            <w:r w:rsidR="005B13CB">
              <w:rPr>
                <w:rFonts w:ascii="Calibri" w:hAnsi="Calibri" w:cs="Calibri"/>
                <w:bCs/>
                <w:color w:val="000000" w:themeColor="text1"/>
                <w:sz w:val="20"/>
                <w:szCs w:val="20"/>
              </w:rPr>
              <w:t xml:space="preserve"> </w:t>
            </w:r>
            <w:r w:rsidR="00A666DE">
              <w:rPr>
                <w:rFonts w:ascii="Calibri" w:hAnsi="Calibri" w:cs="Calibri"/>
                <w:bCs/>
                <w:color w:val="000000" w:themeColor="text1"/>
                <w:sz w:val="20"/>
                <w:szCs w:val="20"/>
              </w:rPr>
              <w:t>Students will analyze a recent publication for potential breaches of the American Chemical Society’s (ACS) Integrity and Ethics Guidelines.</w:t>
            </w:r>
          </w:p>
        </w:tc>
      </w:tr>
      <w:tr w:rsidR="002804E4" w:rsidRPr="002804E4" w14:paraId="7F04CD84" w14:textId="77777777" w:rsidTr="002804E4">
        <w:trPr>
          <w:trHeight w:val="557"/>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49528513" w14:textId="6A59AE5C" w:rsidR="002804E4" w:rsidRPr="002804E4" w:rsidRDefault="002804E4" w:rsidP="00B46912">
            <w:pPr>
              <w:tabs>
                <w:tab w:val="left" w:pos="230"/>
              </w:tabs>
              <w:spacing w:after="0"/>
              <w:rPr>
                <w:rFonts w:ascii="Calibri" w:hAnsi="Calibri" w:cs="Calibri"/>
                <w:b/>
                <w:color w:val="2F5496"/>
                <w:sz w:val="24"/>
                <w:szCs w:val="24"/>
              </w:rPr>
            </w:pPr>
            <w:r w:rsidRPr="002804E4">
              <w:rPr>
                <w:rFonts w:ascii="Calibri" w:hAnsi="Calibri" w:cs="Calibri"/>
                <w:color w:val="232323"/>
                <w:sz w:val="24"/>
                <w:szCs w:val="24"/>
              </w:rPr>
              <w:t>Students follow an institutional or professional AI</w:t>
            </w:r>
            <w:r w:rsidR="00A666DE">
              <w:rPr>
                <w:rFonts w:ascii="Calibri" w:hAnsi="Calibri" w:cs="Calibri"/>
                <w:color w:val="232323"/>
                <w:sz w:val="24"/>
                <w:szCs w:val="24"/>
              </w:rPr>
              <w:t xml:space="preserve"> </w:t>
            </w:r>
            <w:r w:rsidRPr="002804E4">
              <w:rPr>
                <w:rFonts w:ascii="Calibri" w:hAnsi="Calibri" w:cs="Calibri"/>
                <w:color w:val="232323"/>
                <w:sz w:val="24"/>
                <w:szCs w:val="24"/>
              </w:rPr>
              <w:t>use policy.</w:t>
            </w:r>
          </w:p>
        </w:tc>
        <w:tc>
          <w:tcPr>
            <w:tcW w:w="7709" w:type="dxa"/>
            <w:tcBorders>
              <w:left w:val="single" w:sz="8" w:space="0" w:color="000000" w:themeColor="text1"/>
            </w:tcBorders>
            <w:tcMar>
              <w:top w:w="60" w:type="dxa"/>
              <w:left w:w="90" w:type="dxa"/>
              <w:bottom w:w="60" w:type="dxa"/>
              <w:right w:w="90" w:type="dxa"/>
            </w:tcMar>
          </w:tcPr>
          <w:p w14:paraId="7DC80F6D" w14:textId="28B7B056"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Syllabus:</w:t>
            </w:r>
            <w:r w:rsidR="00A666DE">
              <w:rPr>
                <w:rFonts w:ascii="Calibri" w:hAnsi="Calibri" w:cs="Calibri"/>
                <w:bCs/>
                <w:color w:val="000000" w:themeColor="text1"/>
                <w:sz w:val="20"/>
                <w:szCs w:val="20"/>
              </w:rPr>
              <w:t xml:space="preserve"> UNTD AI use policy is referenced in the syllabus and will be discussed at the beginning of the course.</w:t>
            </w:r>
          </w:p>
        </w:tc>
      </w:tr>
      <w:tr w:rsidR="002804E4" w:rsidRPr="002804E4" w14:paraId="435397FD" w14:textId="77777777" w:rsidTr="002804E4">
        <w:trPr>
          <w:trHeight w:val="557"/>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7AE6EC52" w14:textId="77777777" w:rsidR="002804E4" w:rsidRPr="002804E4" w:rsidRDefault="002804E4" w:rsidP="00B46912">
            <w:pPr>
              <w:tabs>
                <w:tab w:val="left" w:pos="230"/>
              </w:tabs>
              <w:spacing w:after="0"/>
              <w:rPr>
                <w:rFonts w:ascii="Calibri" w:hAnsi="Calibri" w:cs="Calibri"/>
                <w:b/>
                <w:color w:val="2F5496"/>
                <w:sz w:val="17"/>
              </w:rPr>
            </w:pPr>
          </w:p>
        </w:tc>
        <w:tc>
          <w:tcPr>
            <w:tcW w:w="7709" w:type="dxa"/>
            <w:tcBorders>
              <w:left w:val="single" w:sz="8" w:space="0" w:color="000000" w:themeColor="text1"/>
            </w:tcBorders>
            <w:tcMar>
              <w:top w:w="60" w:type="dxa"/>
              <w:left w:w="90" w:type="dxa"/>
              <w:bottom w:w="60" w:type="dxa"/>
              <w:right w:w="90" w:type="dxa"/>
            </w:tcMar>
          </w:tcPr>
          <w:p w14:paraId="08050313" w14:textId="5076FA49"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Assignment(s):</w:t>
            </w:r>
            <w:r w:rsidR="00A666DE">
              <w:rPr>
                <w:rFonts w:ascii="Calibri" w:hAnsi="Calibri" w:cs="Calibri"/>
                <w:bCs/>
                <w:color w:val="000000" w:themeColor="text1"/>
                <w:sz w:val="20"/>
                <w:szCs w:val="20"/>
              </w:rPr>
              <w:t xml:space="preserve"> For each of the two major assignments, students must append a statement outlining how they adhered to the ACS’s Integrity and Ethics Guidelines and UNTD’s guidelines.</w:t>
            </w:r>
          </w:p>
        </w:tc>
      </w:tr>
    </w:tbl>
    <w:p w14:paraId="605A45EE" w14:textId="77777777" w:rsidR="002804E4" w:rsidRDefault="002804E4" w:rsidP="00B46912">
      <w:pPr>
        <w:spacing w:after="0"/>
      </w:pPr>
    </w:p>
    <w:p w14:paraId="749A6EA4" w14:textId="77777777" w:rsidR="002804E4" w:rsidRDefault="002804E4" w:rsidP="00B46912">
      <w:pPr>
        <w:spacing w:after="0"/>
      </w:pPr>
      <w:r>
        <w:br w:type="page"/>
      </w:r>
    </w:p>
    <w:tbl>
      <w:tblPr>
        <w:tblW w:w="138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115"/>
        <w:gridCol w:w="7709"/>
      </w:tblGrid>
      <w:tr w:rsidR="002804E4" w:rsidRPr="002804E4" w14:paraId="3B1B9407" w14:textId="77777777" w:rsidTr="00D9751D">
        <w:trPr>
          <w:tblHeader/>
        </w:trPr>
        <w:tc>
          <w:tcPr>
            <w:tcW w:w="6115" w:type="dxa"/>
            <w:tcBorders>
              <w:right w:val="single" w:sz="8" w:space="0" w:color="000000" w:themeColor="text1"/>
            </w:tcBorders>
            <w:shd w:val="clear" w:color="auto" w:fill="1F3864"/>
            <w:tcMar>
              <w:top w:w="50" w:type="dxa"/>
              <w:left w:w="90" w:type="dxa"/>
              <w:bottom w:w="50" w:type="dxa"/>
              <w:right w:w="90" w:type="dxa"/>
            </w:tcMar>
          </w:tcPr>
          <w:p w14:paraId="68D9BC87" w14:textId="4489C6BF" w:rsidR="002804E4" w:rsidRPr="002804E4" w:rsidRDefault="002804E4" w:rsidP="00B46912">
            <w:pPr>
              <w:spacing w:after="0"/>
              <w:rPr>
                <w:rFonts w:ascii="Calibri" w:hAnsi="Calibri" w:cs="Calibri"/>
                <w:sz w:val="28"/>
                <w:szCs w:val="28"/>
              </w:rPr>
            </w:pPr>
            <w:r w:rsidRPr="002804E4">
              <w:rPr>
                <w:rFonts w:ascii="Calibri" w:hAnsi="Calibri" w:cs="Calibri"/>
                <w:b/>
                <w:color w:val="FFFFFF"/>
                <w:sz w:val="28"/>
                <w:szCs w:val="28"/>
              </w:rPr>
              <w:lastRenderedPageBreak/>
              <w:t>Criteria</w:t>
            </w:r>
          </w:p>
        </w:tc>
        <w:tc>
          <w:tcPr>
            <w:tcW w:w="7709" w:type="dxa"/>
            <w:tcBorders>
              <w:left w:val="single" w:sz="8" w:space="0" w:color="000000" w:themeColor="text1"/>
            </w:tcBorders>
            <w:shd w:val="clear" w:color="auto" w:fill="1F3864"/>
            <w:tcMar>
              <w:top w:w="50" w:type="dxa"/>
              <w:left w:w="90" w:type="dxa"/>
              <w:bottom w:w="50" w:type="dxa"/>
              <w:right w:w="90" w:type="dxa"/>
            </w:tcMar>
          </w:tcPr>
          <w:p w14:paraId="04228381" w14:textId="77777777" w:rsidR="002804E4" w:rsidRPr="002804E4" w:rsidRDefault="002804E4" w:rsidP="00B46912">
            <w:pPr>
              <w:spacing w:after="0"/>
              <w:jc w:val="center"/>
              <w:rPr>
                <w:rFonts w:ascii="Calibri" w:hAnsi="Calibri" w:cs="Calibri"/>
                <w:sz w:val="28"/>
                <w:szCs w:val="28"/>
              </w:rPr>
            </w:pPr>
            <w:r w:rsidRPr="002804E4">
              <w:rPr>
                <w:rFonts w:ascii="Calibri" w:hAnsi="Calibri" w:cs="Calibri"/>
                <w:b/>
                <w:color w:val="FFFFFF"/>
                <w:sz w:val="28"/>
                <w:szCs w:val="28"/>
              </w:rPr>
              <w:t>Evidence</w:t>
            </w:r>
            <w:r w:rsidRPr="002804E4">
              <w:rPr>
                <w:rFonts w:ascii="Calibri" w:hAnsi="Calibri" w:cs="Calibri"/>
                <w:sz w:val="28"/>
                <w:szCs w:val="28"/>
              </w:rPr>
              <w:t xml:space="preserve"> </w:t>
            </w:r>
            <w:r w:rsidRPr="002804E4">
              <w:rPr>
                <w:rFonts w:ascii="Calibri" w:hAnsi="Calibri" w:cs="Calibri"/>
                <w:b/>
                <w:color w:val="FFFFFF"/>
                <w:sz w:val="28"/>
                <w:szCs w:val="28"/>
              </w:rPr>
              <w:t>&amp; Elaboration</w:t>
            </w:r>
          </w:p>
        </w:tc>
      </w:tr>
      <w:tr w:rsidR="003C3DB9" w:rsidRPr="002804E4" w14:paraId="00801BC5" w14:textId="77777777" w:rsidTr="002804E4">
        <w:tc>
          <w:tcPr>
            <w:tcW w:w="13824" w:type="dxa"/>
            <w:gridSpan w:val="2"/>
            <w:tcBorders>
              <w:right w:val="single" w:sz="8" w:space="0" w:color="000000" w:themeColor="text1"/>
            </w:tcBorders>
            <w:shd w:val="clear" w:color="auto" w:fill="2F5496"/>
            <w:tcMar>
              <w:top w:w="50" w:type="dxa"/>
              <w:left w:w="80" w:type="dxa"/>
              <w:bottom w:w="50" w:type="dxa"/>
              <w:right w:w="80" w:type="dxa"/>
            </w:tcMar>
          </w:tcPr>
          <w:p w14:paraId="7CFC9229" w14:textId="77777777" w:rsidR="003C3DB9" w:rsidRPr="002804E4" w:rsidRDefault="003C3DB9" w:rsidP="00B46912">
            <w:pPr>
              <w:spacing w:after="0"/>
              <w:rPr>
                <w:rFonts w:ascii="Calibri" w:hAnsi="Calibri" w:cs="Calibri"/>
                <w:sz w:val="24"/>
                <w:szCs w:val="24"/>
              </w:rPr>
            </w:pPr>
            <w:r w:rsidRPr="002804E4">
              <w:rPr>
                <w:rFonts w:ascii="Calibri" w:hAnsi="Calibri" w:cs="Calibri"/>
                <w:b/>
                <w:color w:val="FFFFFF"/>
                <w:sz w:val="24"/>
                <w:szCs w:val="24"/>
              </w:rPr>
              <w:t>3.  Authentic, Career-Mirroring AI Tasks</w:t>
            </w:r>
          </w:p>
        </w:tc>
      </w:tr>
      <w:tr w:rsidR="002804E4" w:rsidRPr="002804E4" w14:paraId="78B17BC3" w14:textId="77777777" w:rsidTr="002804E4">
        <w:trPr>
          <w:trHeight w:val="558"/>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5AF22495" w14:textId="11FF014E" w:rsidR="002804E4" w:rsidRPr="002804E4" w:rsidRDefault="002804E4" w:rsidP="00B46912">
            <w:pPr>
              <w:spacing w:after="0"/>
              <w:rPr>
                <w:rFonts w:ascii="Calibri" w:hAnsi="Calibri" w:cs="Calibri"/>
                <w:sz w:val="24"/>
                <w:szCs w:val="24"/>
              </w:rPr>
            </w:pPr>
            <w:r w:rsidRPr="002804E4">
              <w:rPr>
                <w:rFonts w:ascii="Calibri" w:hAnsi="Calibri" w:cs="Calibri"/>
                <w:color w:val="232323"/>
                <w:sz w:val="24"/>
                <w:szCs w:val="24"/>
              </w:rPr>
              <w:t>Students use an approved, industry-relevant AI tool to complete a task that is performed by practitioners in the field.</w:t>
            </w:r>
          </w:p>
          <w:p w14:paraId="3A78E053" w14:textId="1D637A5D" w:rsidR="002804E4" w:rsidRPr="002804E4" w:rsidRDefault="002804E4" w:rsidP="00B46912">
            <w:pPr>
              <w:tabs>
                <w:tab w:val="left" w:pos="230"/>
              </w:tabs>
              <w:spacing w:after="0"/>
              <w:rPr>
                <w:rFonts w:ascii="Calibri" w:hAnsi="Calibri" w:cs="Calibri"/>
                <w:sz w:val="24"/>
                <w:szCs w:val="24"/>
              </w:rPr>
            </w:pPr>
          </w:p>
        </w:tc>
        <w:tc>
          <w:tcPr>
            <w:tcW w:w="7709" w:type="dxa"/>
            <w:tcBorders>
              <w:left w:val="single" w:sz="8" w:space="0" w:color="000000" w:themeColor="text1"/>
            </w:tcBorders>
            <w:tcMar>
              <w:top w:w="60" w:type="dxa"/>
              <w:left w:w="90" w:type="dxa"/>
              <w:bottom w:w="60" w:type="dxa"/>
              <w:right w:w="90" w:type="dxa"/>
            </w:tcMar>
          </w:tcPr>
          <w:p w14:paraId="4A429DED" w14:textId="716FBAFB"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Syllabus:</w:t>
            </w:r>
            <w:r w:rsidR="00A666DE">
              <w:rPr>
                <w:rFonts w:ascii="Calibri" w:hAnsi="Calibri" w:cs="Calibri"/>
                <w:bCs/>
                <w:color w:val="000000" w:themeColor="text1"/>
                <w:sz w:val="20"/>
                <w:szCs w:val="20"/>
              </w:rPr>
              <w:t xml:space="preserve"> </w:t>
            </w:r>
            <w:sdt>
              <w:sdtPr>
                <w:rPr>
                  <w:rFonts w:ascii="Calibri" w:hAnsi="Calibri" w:cs="Calibri"/>
                  <w:bCs/>
                  <w:color w:val="000000" w:themeColor="text1"/>
                  <w:sz w:val="20"/>
                  <w:szCs w:val="20"/>
                </w:rPr>
                <w:id w:val="-77132205"/>
                <w:placeholder>
                  <w:docPart w:val="DefaultPlaceholder_-1854013440"/>
                </w:placeholder>
                <w:showingPlcHdr/>
                <w:text/>
              </w:sdtPr>
              <w:sdtEndPr/>
              <w:sdtContent>
                <w:r w:rsidR="00DB7773" w:rsidRPr="0098796C">
                  <w:rPr>
                    <w:rStyle w:val="PlaceholderText"/>
                  </w:rPr>
                  <w:t>Click or tap here to enter text.</w:t>
                </w:r>
              </w:sdtContent>
            </w:sdt>
          </w:p>
        </w:tc>
      </w:tr>
      <w:tr w:rsidR="002804E4" w:rsidRPr="002804E4" w14:paraId="3C4221EB" w14:textId="77777777" w:rsidTr="002804E4">
        <w:trPr>
          <w:trHeight w:val="559"/>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3E1695C0" w14:textId="77777777" w:rsidR="002804E4" w:rsidRPr="002804E4" w:rsidRDefault="002804E4" w:rsidP="00B46912">
            <w:pPr>
              <w:tabs>
                <w:tab w:val="left" w:pos="230"/>
              </w:tabs>
              <w:spacing w:after="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037BB7AD" w14:textId="4303CA29"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Assignment(s):</w:t>
            </w:r>
            <w:r w:rsidR="00A666DE">
              <w:rPr>
                <w:rFonts w:ascii="Calibri" w:hAnsi="Calibri" w:cs="Calibri"/>
                <w:bCs/>
                <w:color w:val="000000" w:themeColor="text1"/>
                <w:sz w:val="20"/>
                <w:szCs w:val="20"/>
              </w:rPr>
              <w:t xml:space="preserve"> Students will use several AI-enabled tools for designing experiments and analyzing data, including IBM Cognos and SCIEX. Students will use REACTOR to synthesize ideas from </w:t>
            </w:r>
            <w:r w:rsidR="00DB7773">
              <w:rPr>
                <w:rFonts w:ascii="Calibri" w:hAnsi="Calibri" w:cs="Calibri"/>
                <w:bCs/>
                <w:color w:val="000000" w:themeColor="text1"/>
                <w:sz w:val="20"/>
                <w:szCs w:val="20"/>
              </w:rPr>
              <w:t>chemistry</w:t>
            </w:r>
            <w:r w:rsidR="00A666DE">
              <w:rPr>
                <w:rFonts w:ascii="Calibri" w:hAnsi="Calibri" w:cs="Calibri"/>
                <w:bCs/>
                <w:color w:val="000000" w:themeColor="text1"/>
                <w:sz w:val="20"/>
                <w:szCs w:val="20"/>
              </w:rPr>
              <w:t xml:space="preserve"> literature. Students will use Copilot to assist with research and writing.</w:t>
            </w:r>
          </w:p>
        </w:tc>
      </w:tr>
      <w:tr w:rsidR="002804E4" w:rsidRPr="002804E4" w14:paraId="3B31349D" w14:textId="77777777" w:rsidTr="002804E4">
        <w:trPr>
          <w:trHeight w:val="559"/>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34752E11" w14:textId="1DB89D76" w:rsidR="002804E4" w:rsidRPr="002804E4" w:rsidRDefault="002804E4" w:rsidP="00B46912">
            <w:pPr>
              <w:tabs>
                <w:tab w:val="left" w:pos="230"/>
              </w:tabs>
              <w:spacing w:after="0"/>
              <w:rPr>
                <w:rFonts w:ascii="Calibri" w:hAnsi="Calibri" w:cs="Calibri"/>
                <w:b/>
                <w:color w:val="2F5496"/>
                <w:sz w:val="24"/>
                <w:szCs w:val="24"/>
              </w:rPr>
            </w:pPr>
            <w:r w:rsidRPr="002804E4">
              <w:rPr>
                <w:rFonts w:ascii="Calibri" w:hAnsi="Calibri" w:cs="Calibri"/>
                <w:color w:val="232323"/>
                <w:sz w:val="24"/>
                <w:szCs w:val="24"/>
              </w:rPr>
              <w:t>Students iterate a task: generate something with AI, evaluate the result, refine their prompts and/or inputs, and revise toward a professional standard.</w:t>
            </w:r>
          </w:p>
        </w:tc>
        <w:tc>
          <w:tcPr>
            <w:tcW w:w="7709" w:type="dxa"/>
            <w:tcBorders>
              <w:left w:val="single" w:sz="8" w:space="0" w:color="000000" w:themeColor="text1"/>
            </w:tcBorders>
            <w:tcMar>
              <w:top w:w="60" w:type="dxa"/>
              <w:left w:w="90" w:type="dxa"/>
              <w:bottom w:w="60" w:type="dxa"/>
              <w:right w:w="90" w:type="dxa"/>
            </w:tcMar>
          </w:tcPr>
          <w:p w14:paraId="0E750AEF" w14:textId="7571E5B4"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Syllabus:</w:t>
            </w:r>
            <w:sdt>
              <w:sdtPr>
                <w:rPr>
                  <w:rFonts w:ascii="Calibri" w:hAnsi="Calibri" w:cs="Calibri"/>
                  <w:bCs/>
                  <w:color w:val="000000" w:themeColor="text1"/>
                  <w:sz w:val="20"/>
                  <w:szCs w:val="20"/>
                </w:rPr>
                <w:id w:val="16908292"/>
                <w:placeholder>
                  <w:docPart w:val="DefaultPlaceholder_-1854013440"/>
                </w:placeholder>
                <w:showingPlcHdr/>
                <w:text/>
              </w:sdtPr>
              <w:sdtEndPr/>
              <w:sdtContent>
                <w:r w:rsidR="00DB7773" w:rsidRPr="0098796C">
                  <w:rPr>
                    <w:rStyle w:val="PlaceholderText"/>
                  </w:rPr>
                  <w:t>Click or tap here to enter text.</w:t>
                </w:r>
              </w:sdtContent>
            </w:sdt>
          </w:p>
        </w:tc>
      </w:tr>
      <w:tr w:rsidR="002804E4" w:rsidRPr="002804E4" w14:paraId="5BA1C14A" w14:textId="77777777" w:rsidTr="002804E4">
        <w:trPr>
          <w:trHeight w:val="559"/>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0775F9D6" w14:textId="77777777" w:rsidR="002804E4" w:rsidRPr="002804E4" w:rsidRDefault="002804E4" w:rsidP="00B46912">
            <w:pPr>
              <w:tabs>
                <w:tab w:val="left" w:pos="230"/>
              </w:tabs>
              <w:spacing w:after="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53FE3E1D" w14:textId="0769765D"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Assignment(s):</w:t>
            </w:r>
            <w:r w:rsidR="00A666DE">
              <w:rPr>
                <w:rFonts w:ascii="Calibri" w:hAnsi="Calibri" w:cs="Calibri"/>
                <w:bCs/>
                <w:color w:val="000000" w:themeColor="text1"/>
                <w:sz w:val="20"/>
                <w:szCs w:val="20"/>
              </w:rPr>
              <w:t xml:space="preserve"> Students will utilize the AI-enabled Mini 14 to conduct mass spectrometry (MS) on a sample and adjust the settings in relation to standard MS. Students will design novel molecules using AIMS.</w:t>
            </w:r>
          </w:p>
        </w:tc>
      </w:tr>
      <w:tr w:rsidR="002804E4" w:rsidRPr="002804E4" w14:paraId="4E433FBF" w14:textId="77777777" w:rsidTr="002804E4">
        <w:trPr>
          <w:trHeight w:val="558"/>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77FA1D9A" w14:textId="3E74A081" w:rsidR="002804E4" w:rsidRPr="002804E4" w:rsidRDefault="002804E4" w:rsidP="00B46912">
            <w:pPr>
              <w:tabs>
                <w:tab w:val="left" w:pos="230"/>
              </w:tabs>
              <w:spacing w:after="0"/>
              <w:rPr>
                <w:rFonts w:ascii="Calibri" w:hAnsi="Calibri" w:cs="Calibri"/>
                <w:b/>
                <w:color w:val="2F5496"/>
                <w:sz w:val="24"/>
                <w:szCs w:val="24"/>
              </w:rPr>
            </w:pPr>
            <w:r w:rsidRPr="002804E4">
              <w:rPr>
                <w:rFonts w:ascii="Calibri" w:hAnsi="Calibri" w:cs="Calibri"/>
                <w:color w:val="232323"/>
                <w:sz w:val="24"/>
                <w:szCs w:val="24"/>
              </w:rPr>
              <w:t>Students document their process: prompt history, drafts, edits — not only the final products.</w:t>
            </w:r>
          </w:p>
        </w:tc>
        <w:tc>
          <w:tcPr>
            <w:tcW w:w="7709" w:type="dxa"/>
            <w:tcBorders>
              <w:left w:val="single" w:sz="8" w:space="0" w:color="000000" w:themeColor="text1"/>
            </w:tcBorders>
            <w:tcMar>
              <w:top w:w="60" w:type="dxa"/>
              <w:left w:w="90" w:type="dxa"/>
              <w:bottom w:w="60" w:type="dxa"/>
              <w:right w:w="90" w:type="dxa"/>
            </w:tcMar>
          </w:tcPr>
          <w:p w14:paraId="514E91FC" w14:textId="45FCC20B"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Syllabus:</w:t>
            </w:r>
            <w:r w:rsidR="00A666DE">
              <w:rPr>
                <w:rFonts w:ascii="Calibri" w:hAnsi="Calibri" w:cs="Calibri"/>
                <w:bCs/>
                <w:color w:val="000000" w:themeColor="text1"/>
                <w:sz w:val="20"/>
                <w:szCs w:val="20"/>
              </w:rPr>
              <w:t xml:space="preserve"> Assignments section: “Each lab report or literature review that involves AI must be accompanied by a link to the history of the document, including edits.”</w:t>
            </w:r>
          </w:p>
        </w:tc>
      </w:tr>
      <w:tr w:rsidR="002804E4" w:rsidRPr="002804E4" w14:paraId="45D969F1" w14:textId="77777777" w:rsidTr="002804E4">
        <w:trPr>
          <w:trHeight w:val="559"/>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0EDF8ABF" w14:textId="77777777" w:rsidR="002804E4" w:rsidRPr="002804E4" w:rsidRDefault="002804E4" w:rsidP="00B46912">
            <w:pPr>
              <w:tabs>
                <w:tab w:val="left" w:pos="230"/>
              </w:tabs>
              <w:spacing w:after="0"/>
              <w:rPr>
                <w:rFonts w:ascii="Calibri" w:hAnsi="Calibri" w:cs="Calibri"/>
                <w:b/>
                <w:color w:val="2F5496"/>
                <w:sz w:val="24"/>
                <w:szCs w:val="24"/>
              </w:rPr>
            </w:pPr>
          </w:p>
        </w:tc>
        <w:tc>
          <w:tcPr>
            <w:tcW w:w="7709" w:type="dxa"/>
            <w:tcBorders>
              <w:left w:val="single" w:sz="8" w:space="0" w:color="000000" w:themeColor="text1"/>
            </w:tcBorders>
            <w:tcMar>
              <w:top w:w="60" w:type="dxa"/>
              <w:left w:w="90" w:type="dxa"/>
              <w:bottom w:w="60" w:type="dxa"/>
              <w:right w:w="90" w:type="dxa"/>
            </w:tcMar>
          </w:tcPr>
          <w:p w14:paraId="30DA6820" w14:textId="1102819D"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Assignment(s):</w:t>
            </w:r>
            <w:r w:rsidR="00A666DE">
              <w:rPr>
                <w:rFonts w:ascii="Calibri" w:hAnsi="Calibri" w:cs="Calibri"/>
                <w:bCs/>
                <w:color w:val="000000" w:themeColor="text1"/>
                <w:sz w:val="20"/>
                <w:szCs w:val="20"/>
              </w:rPr>
              <w:t xml:space="preserve"> </w:t>
            </w:r>
            <w:sdt>
              <w:sdtPr>
                <w:rPr>
                  <w:rFonts w:ascii="Calibri" w:hAnsi="Calibri" w:cs="Calibri"/>
                  <w:bCs/>
                  <w:color w:val="000000" w:themeColor="text1"/>
                  <w:sz w:val="20"/>
                  <w:szCs w:val="20"/>
                </w:rPr>
                <w:id w:val="-977447207"/>
                <w:placeholder>
                  <w:docPart w:val="DefaultPlaceholder_-1854013440"/>
                </w:placeholder>
                <w:showingPlcHdr/>
                <w:text/>
              </w:sdtPr>
              <w:sdtEndPr/>
              <w:sdtContent>
                <w:r w:rsidR="00DB7773" w:rsidRPr="0098796C">
                  <w:rPr>
                    <w:rStyle w:val="PlaceholderText"/>
                  </w:rPr>
                  <w:t>Click or tap here to enter text.</w:t>
                </w:r>
              </w:sdtContent>
            </w:sdt>
          </w:p>
        </w:tc>
      </w:tr>
      <w:tr w:rsidR="002804E4" w:rsidRPr="002804E4" w14:paraId="07284772" w14:textId="77777777" w:rsidTr="002804E4">
        <w:trPr>
          <w:trHeight w:val="559"/>
        </w:trPr>
        <w:tc>
          <w:tcPr>
            <w:tcW w:w="6115" w:type="dxa"/>
            <w:vMerge w:val="restart"/>
            <w:tcBorders>
              <w:right w:val="single" w:sz="8" w:space="0" w:color="000000" w:themeColor="text1"/>
            </w:tcBorders>
            <w:shd w:val="clear" w:color="auto" w:fill="E7EEF7"/>
            <w:tcMar>
              <w:top w:w="60" w:type="dxa"/>
              <w:left w:w="90" w:type="dxa"/>
              <w:bottom w:w="60" w:type="dxa"/>
              <w:right w:w="90" w:type="dxa"/>
            </w:tcMar>
          </w:tcPr>
          <w:p w14:paraId="43039D65" w14:textId="03DD07F1" w:rsidR="002804E4" w:rsidRPr="002804E4" w:rsidRDefault="002804E4" w:rsidP="00B46912">
            <w:pPr>
              <w:tabs>
                <w:tab w:val="left" w:pos="230"/>
              </w:tabs>
              <w:spacing w:after="0"/>
              <w:rPr>
                <w:rFonts w:ascii="Calibri" w:hAnsi="Calibri" w:cs="Calibri"/>
                <w:b/>
                <w:color w:val="2F5496"/>
                <w:sz w:val="24"/>
                <w:szCs w:val="24"/>
              </w:rPr>
            </w:pPr>
            <w:r w:rsidRPr="002804E4">
              <w:rPr>
                <w:rFonts w:ascii="Calibri" w:hAnsi="Calibri" w:cs="Calibri"/>
                <w:color w:val="232323"/>
                <w:sz w:val="24"/>
                <w:szCs w:val="24"/>
              </w:rPr>
              <w:t>Student work is assessed on professional quality and on appropriate, disclosed AI use.</w:t>
            </w:r>
          </w:p>
        </w:tc>
        <w:tc>
          <w:tcPr>
            <w:tcW w:w="7709" w:type="dxa"/>
            <w:tcBorders>
              <w:left w:val="single" w:sz="8" w:space="0" w:color="000000" w:themeColor="text1"/>
            </w:tcBorders>
            <w:tcMar>
              <w:top w:w="60" w:type="dxa"/>
              <w:left w:w="90" w:type="dxa"/>
              <w:bottom w:w="60" w:type="dxa"/>
              <w:right w:w="90" w:type="dxa"/>
            </w:tcMar>
          </w:tcPr>
          <w:p w14:paraId="7CBA0394" w14:textId="0F54B71D"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Syllabus:</w:t>
            </w:r>
            <w:r w:rsidR="00A666DE">
              <w:rPr>
                <w:rFonts w:ascii="Calibri" w:hAnsi="Calibri" w:cs="Calibri"/>
                <w:bCs/>
                <w:color w:val="000000" w:themeColor="text1"/>
                <w:sz w:val="20"/>
                <w:szCs w:val="20"/>
              </w:rPr>
              <w:t xml:space="preserve"> Assessment section: “Assessment of assignments will be based on current standards in the chemical industry, as reflected in the rubrics.”</w:t>
            </w:r>
          </w:p>
        </w:tc>
      </w:tr>
      <w:tr w:rsidR="002804E4" w:rsidRPr="002804E4" w14:paraId="3E088E83" w14:textId="77777777" w:rsidTr="002804E4">
        <w:trPr>
          <w:trHeight w:val="559"/>
        </w:trPr>
        <w:tc>
          <w:tcPr>
            <w:tcW w:w="6115" w:type="dxa"/>
            <w:vMerge/>
            <w:tcBorders>
              <w:right w:val="single" w:sz="8" w:space="0" w:color="000000" w:themeColor="text1"/>
            </w:tcBorders>
            <w:shd w:val="clear" w:color="auto" w:fill="E7EEF7"/>
            <w:tcMar>
              <w:top w:w="60" w:type="dxa"/>
              <w:left w:w="90" w:type="dxa"/>
              <w:bottom w:w="60" w:type="dxa"/>
              <w:right w:w="90" w:type="dxa"/>
            </w:tcMar>
          </w:tcPr>
          <w:p w14:paraId="5516AB22" w14:textId="77777777" w:rsidR="002804E4" w:rsidRPr="002804E4" w:rsidRDefault="002804E4" w:rsidP="00B46912">
            <w:pPr>
              <w:tabs>
                <w:tab w:val="left" w:pos="230"/>
              </w:tabs>
              <w:spacing w:after="0"/>
              <w:rPr>
                <w:rFonts w:ascii="Calibri" w:hAnsi="Calibri" w:cs="Calibri"/>
                <w:b/>
                <w:color w:val="2F5496"/>
                <w:sz w:val="17"/>
              </w:rPr>
            </w:pPr>
          </w:p>
        </w:tc>
        <w:tc>
          <w:tcPr>
            <w:tcW w:w="7709" w:type="dxa"/>
            <w:tcBorders>
              <w:left w:val="single" w:sz="8" w:space="0" w:color="000000" w:themeColor="text1"/>
            </w:tcBorders>
            <w:tcMar>
              <w:top w:w="60" w:type="dxa"/>
              <w:left w:w="90" w:type="dxa"/>
              <w:bottom w:w="60" w:type="dxa"/>
              <w:right w:w="90" w:type="dxa"/>
            </w:tcMar>
          </w:tcPr>
          <w:p w14:paraId="61B02857" w14:textId="3199517B" w:rsidR="002804E4" w:rsidRPr="002804E4" w:rsidRDefault="002804E4" w:rsidP="00B46912">
            <w:pPr>
              <w:spacing w:after="0"/>
              <w:rPr>
                <w:rFonts w:ascii="Calibri" w:hAnsi="Calibri" w:cs="Calibri"/>
                <w:sz w:val="20"/>
                <w:szCs w:val="20"/>
              </w:rPr>
            </w:pPr>
            <w:r w:rsidRPr="002804E4">
              <w:rPr>
                <w:rFonts w:ascii="Calibri" w:hAnsi="Calibri" w:cs="Calibri"/>
                <w:bCs/>
                <w:color w:val="000000" w:themeColor="text1"/>
                <w:sz w:val="20"/>
                <w:szCs w:val="20"/>
              </w:rPr>
              <w:t>Assignment(s):</w:t>
            </w:r>
            <w:r w:rsidR="00A666DE">
              <w:rPr>
                <w:rFonts w:ascii="Calibri" w:hAnsi="Calibri" w:cs="Calibri"/>
                <w:bCs/>
                <w:color w:val="000000" w:themeColor="text1"/>
                <w:sz w:val="20"/>
                <w:szCs w:val="20"/>
              </w:rPr>
              <w:t xml:space="preserve"> Students must disclose all AI use and reference the UNTD and ACS professional standards on each assignment, </w:t>
            </w:r>
            <w:r w:rsidR="009B1E6F">
              <w:rPr>
                <w:rFonts w:ascii="Calibri" w:hAnsi="Calibri" w:cs="Calibri"/>
                <w:bCs/>
                <w:color w:val="000000" w:themeColor="text1"/>
                <w:sz w:val="20"/>
                <w:szCs w:val="20"/>
              </w:rPr>
              <w:t>whether</w:t>
            </w:r>
            <w:r w:rsidR="00A666DE">
              <w:rPr>
                <w:rFonts w:ascii="Calibri" w:hAnsi="Calibri" w:cs="Calibri"/>
                <w:bCs/>
                <w:color w:val="000000" w:themeColor="text1"/>
                <w:sz w:val="20"/>
                <w:szCs w:val="20"/>
              </w:rPr>
              <w:t xml:space="preserve"> it involves AI</w:t>
            </w:r>
            <w:r w:rsidR="009B1E6F">
              <w:rPr>
                <w:rFonts w:ascii="Calibri" w:hAnsi="Calibri" w:cs="Calibri"/>
                <w:bCs/>
                <w:color w:val="000000" w:themeColor="text1"/>
                <w:sz w:val="20"/>
                <w:szCs w:val="20"/>
              </w:rPr>
              <w:t>, or not</w:t>
            </w:r>
            <w:r w:rsidR="00A666DE">
              <w:rPr>
                <w:rFonts w:ascii="Calibri" w:hAnsi="Calibri" w:cs="Calibri"/>
                <w:bCs/>
                <w:color w:val="000000" w:themeColor="text1"/>
                <w:sz w:val="20"/>
                <w:szCs w:val="20"/>
              </w:rPr>
              <w:t>.</w:t>
            </w:r>
          </w:p>
        </w:tc>
      </w:tr>
    </w:tbl>
    <w:p w14:paraId="230BA2E5" w14:textId="77777777" w:rsidR="009356E0" w:rsidRDefault="009356E0" w:rsidP="00B46912">
      <w:pPr>
        <w:spacing w:after="0"/>
        <w:rPr>
          <w:rFonts w:ascii="Calibri" w:hAnsi="Calibri" w:cs="Calibri"/>
        </w:rPr>
      </w:pPr>
    </w:p>
    <w:p w14:paraId="7988246E" w14:textId="77777777" w:rsidR="00FB6BAD" w:rsidRDefault="00FB6BAD" w:rsidP="00B46912">
      <w:pPr>
        <w:spacing w:after="0"/>
        <w:rPr>
          <w:rFonts w:ascii="Calibri" w:hAnsi="Calibri" w:cs="Calibri"/>
        </w:rPr>
      </w:pPr>
    </w:p>
    <w:p w14:paraId="1E1F9EA6" w14:textId="6D4223D0" w:rsidR="00FB6BAD" w:rsidRPr="00486E1F" w:rsidRDefault="00142B51" w:rsidP="00B46912">
      <w:pPr>
        <w:spacing w:after="0"/>
        <w:rPr>
          <w:rFonts w:ascii="Calibri" w:hAnsi="Calibri" w:cs="Calibri"/>
          <w:sz w:val="20"/>
          <w:szCs w:val="20"/>
        </w:rPr>
      </w:pPr>
      <w:r w:rsidRPr="00486E1F">
        <w:rPr>
          <w:rFonts w:ascii="Calibri" w:hAnsi="Calibri" w:cs="Calibri"/>
          <w:color w:val="215868" w:themeColor="accent5" w:themeShade="80"/>
          <w:sz w:val="20"/>
          <w:szCs w:val="20"/>
        </w:rPr>
        <w:t xml:space="preserve">Some aspects adapted from </w:t>
      </w:r>
      <w:r w:rsidRPr="00486E1F">
        <w:rPr>
          <w:rFonts w:ascii="Calibri" w:hAnsi="Calibri" w:cs="Calibri"/>
          <w:i/>
          <w:iCs/>
          <w:color w:val="215868" w:themeColor="accent5" w:themeShade="80"/>
          <w:sz w:val="20"/>
          <w:szCs w:val="20"/>
        </w:rPr>
        <w:t>Chemistry 5080: AI for Experimental Chemistry</w:t>
      </w:r>
      <w:r w:rsidRPr="00486E1F">
        <w:rPr>
          <w:rFonts w:ascii="Calibri" w:hAnsi="Calibri" w:cs="Calibri"/>
          <w:color w:val="215868" w:themeColor="accent5" w:themeShade="80"/>
          <w:sz w:val="20"/>
          <w:szCs w:val="20"/>
        </w:rPr>
        <w:t>, Washington University, St. Louis.</w:t>
      </w:r>
    </w:p>
    <w:sectPr w:rsidR="00FB6BAD" w:rsidRPr="00486E1F" w:rsidSect="00034616">
      <w:footerReference w:type="even" r:id="rId11"/>
      <w:footerReference w:type="default" r:id="rId12"/>
      <w:pgSz w:w="15840" w:h="12240" w:orient="landscape"/>
      <w:pgMar w:top="864" w:right="1008" w:bottom="864"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46E10" w14:textId="77777777" w:rsidR="00D40171" w:rsidRDefault="00D40171">
      <w:pPr>
        <w:spacing w:after="0" w:line="240" w:lineRule="auto"/>
      </w:pPr>
      <w:r>
        <w:separator/>
      </w:r>
    </w:p>
  </w:endnote>
  <w:endnote w:type="continuationSeparator" w:id="0">
    <w:p w14:paraId="51BE8B34" w14:textId="77777777" w:rsidR="00D40171" w:rsidRDefault="00D40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5889536"/>
      <w:docPartObj>
        <w:docPartGallery w:val="Page Numbers (Bottom of Page)"/>
        <w:docPartUnique/>
      </w:docPartObj>
    </w:sdtPr>
    <w:sdtEndPr>
      <w:rPr>
        <w:rStyle w:val="PageNumber"/>
      </w:rPr>
    </w:sdtEndPr>
    <w:sdtContent>
      <w:p w14:paraId="5F2B84EE" w14:textId="0730B9A7" w:rsidR="002804E4" w:rsidRDefault="002804E4" w:rsidP="00CB32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40D5967" w14:textId="77777777" w:rsidR="002804E4" w:rsidRDefault="002804E4" w:rsidP="002804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3469752"/>
      <w:docPartObj>
        <w:docPartGallery w:val="Page Numbers (Bottom of Page)"/>
        <w:docPartUnique/>
      </w:docPartObj>
    </w:sdtPr>
    <w:sdtEndPr>
      <w:rPr>
        <w:rStyle w:val="PageNumber"/>
      </w:rPr>
    </w:sdtEndPr>
    <w:sdtContent>
      <w:p w14:paraId="3CCD99CE" w14:textId="788A98CF" w:rsidR="002804E4" w:rsidRDefault="002804E4" w:rsidP="00CB32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4D177C2" w14:textId="05545E7A" w:rsidR="00DF51FA" w:rsidRDefault="00ED6BA6" w:rsidP="00ED6BA6">
    <w:pPr>
      <w:pStyle w:val="Footer"/>
      <w:ind w:right="360"/>
      <w:jc w:val="center"/>
    </w:pPr>
    <w:r>
      <w:rPr>
        <w:rFonts w:cs="Arial"/>
        <w:i/>
        <w:color w:val="595959"/>
      </w:rPr>
      <w:t>Responsible AI Skills — Course Planning Guide</w:t>
    </w:r>
    <w:r>
      <w:t xml:space="preserve"> – EXAMPLE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587EE" w14:textId="77777777" w:rsidR="00D40171" w:rsidRDefault="00D40171">
      <w:pPr>
        <w:spacing w:after="0" w:line="240" w:lineRule="auto"/>
      </w:pPr>
      <w:r>
        <w:separator/>
      </w:r>
    </w:p>
  </w:footnote>
  <w:footnote w:type="continuationSeparator" w:id="0">
    <w:p w14:paraId="3A578CEB" w14:textId="77777777" w:rsidR="00D40171" w:rsidRDefault="00D40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8144700"/>
    <w:multiLevelType w:val="hybridMultilevel"/>
    <w:tmpl w:val="0032C6FA"/>
    <w:lvl w:ilvl="0" w:tplc="9C1C6ECC">
      <w:start w:val="1"/>
      <w:numFmt w:val="bullet"/>
      <w:lvlText w:val=""/>
      <w:lvlJc w:val="left"/>
      <w:pPr>
        <w:ind w:left="720" w:hanging="360"/>
      </w:pPr>
      <w:rPr>
        <w:rFonts w:ascii="Symbol" w:hAnsi="Symbol" w:hint="default"/>
        <w:b w:val="0"/>
        <w:i w:val="0"/>
        <w:color w:val="5415A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B09B6"/>
    <w:multiLevelType w:val="hybridMultilevel"/>
    <w:tmpl w:val="85A0D606"/>
    <w:lvl w:ilvl="0" w:tplc="3BE2DF3E">
      <w:start w:val="3"/>
      <w:numFmt w:val="bullet"/>
      <w:lvlText w:val="•"/>
      <w:lvlJc w:val="left"/>
      <w:pPr>
        <w:ind w:left="720" w:hanging="360"/>
      </w:pPr>
      <w:rPr>
        <w:rFonts w:ascii="Arial" w:eastAsiaTheme="minorEastAsia" w:hAnsi="Arial" w:cs="Arial" w:hint="default"/>
        <w:b/>
        <w:color w:val="2F5496"/>
        <w:sz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AE48B0"/>
    <w:multiLevelType w:val="hybridMultilevel"/>
    <w:tmpl w:val="12F6DBCE"/>
    <w:lvl w:ilvl="0" w:tplc="3BE2DF3E">
      <w:start w:val="3"/>
      <w:numFmt w:val="bullet"/>
      <w:lvlText w:val="•"/>
      <w:lvlJc w:val="left"/>
      <w:pPr>
        <w:ind w:left="720" w:hanging="360"/>
      </w:pPr>
      <w:rPr>
        <w:rFonts w:ascii="Arial" w:eastAsiaTheme="minorEastAsia" w:hAnsi="Arial" w:cs="Arial" w:hint="default"/>
        <w:b/>
        <w:color w:val="2F5496"/>
        <w:sz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58169E"/>
    <w:multiLevelType w:val="hybridMultilevel"/>
    <w:tmpl w:val="D6E834EA"/>
    <w:lvl w:ilvl="0" w:tplc="3BE2DF3E">
      <w:start w:val="3"/>
      <w:numFmt w:val="bullet"/>
      <w:lvlText w:val="•"/>
      <w:lvlJc w:val="left"/>
      <w:pPr>
        <w:ind w:left="720" w:hanging="360"/>
      </w:pPr>
      <w:rPr>
        <w:rFonts w:ascii="Arial" w:eastAsiaTheme="minorEastAsia" w:hAnsi="Arial" w:cs="Arial" w:hint="default"/>
        <w:b/>
        <w:color w:val="2F5496"/>
        <w:sz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3570219">
    <w:abstractNumId w:val="8"/>
  </w:num>
  <w:num w:numId="2" w16cid:durableId="1347638723">
    <w:abstractNumId w:val="6"/>
  </w:num>
  <w:num w:numId="3" w16cid:durableId="753361574">
    <w:abstractNumId w:val="5"/>
  </w:num>
  <w:num w:numId="4" w16cid:durableId="75638125">
    <w:abstractNumId w:val="4"/>
  </w:num>
  <w:num w:numId="5" w16cid:durableId="1112212010">
    <w:abstractNumId w:val="7"/>
  </w:num>
  <w:num w:numId="6" w16cid:durableId="2105026585">
    <w:abstractNumId w:val="3"/>
  </w:num>
  <w:num w:numId="7" w16cid:durableId="947153098">
    <w:abstractNumId w:val="2"/>
  </w:num>
  <w:num w:numId="8" w16cid:durableId="571432941">
    <w:abstractNumId w:val="1"/>
  </w:num>
  <w:num w:numId="9" w16cid:durableId="1963805106">
    <w:abstractNumId w:val="0"/>
  </w:num>
  <w:num w:numId="10" w16cid:durableId="41373725">
    <w:abstractNumId w:val="9"/>
  </w:num>
  <w:num w:numId="11" w16cid:durableId="1692030044">
    <w:abstractNumId w:val="11"/>
  </w:num>
  <w:num w:numId="12" w16cid:durableId="1626547061">
    <w:abstractNumId w:val="12"/>
  </w:num>
  <w:num w:numId="13" w16cid:durableId="14671657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qT/3r4QAgJcEJB9y/S67pIVlLp0WYC9ey9JB0oKcxtUbuzU6BCe8Y1fGqJMl80/GL3XwI5mvY9SmiSsHFgr/g==" w:salt="GQppgaJb0IXBsq0ERyYC1w=="/>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7F91"/>
    <w:rsid w:val="00085DE8"/>
    <w:rsid w:val="000965C4"/>
    <w:rsid w:val="000C0ABC"/>
    <w:rsid w:val="00107BCA"/>
    <w:rsid w:val="00142B51"/>
    <w:rsid w:val="0015074B"/>
    <w:rsid w:val="001735FE"/>
    <w:rsid w:val="001C52F8"/>
    <w:rsid w:val="001C77B4"/>
    <w:rsid w:val="002373BC"/>
    <w:rsid w:val="00261B2F"/>
    <w:rsid w:val="002804E4"/>
    <w:rsid w:val="00295336"/>
    <w:rsid w:val="0029639D"/>
    <w:rsid w:val="002E2960"/>
    <w:rsid w:val="00326F90"/>
    <w:rsid w:val="00370638"/>
    <w:rsid w:val="003A00D8"/>
    <w:rsid w:val="003B2AC7"/>
    <w:rsid w:val="003C3DB9"/>
    <w:rsid w:val="003E2727"/>
    <w:rsid w:val="00486E1F"/>
    <w:rsid w:val="00491BD9"/>
    <w:rsid w:val="004A3900"/>
    <w:rsid w:val="00592B0E"/>
    <w:rsid w:val="005B13CB"/>
    <w:rsid w:val="005B766D"/>
    <w:rsid w:val="005E2832"/>
    <w:rsid w:val="006D542E"/>
    <w:rsid w:val="006E13E6"/>
    <w:rsid w:val="007050C5"/>
    <w:rsid w:val="007146F5"/>
    <w:rsid w:val="007311EB"/>
    <w:rsid w:val="007467E1"/>
    <w:rsid w:val="007C1991"/>
    <w:rsid w:val="008250E6"/>
    <w:rsid w:val="00830B9B"/>
    <w:rsid w:val="00844EDB"/>
    <w:rsid w:val="008A5C06"/>
    <w:rsid w:val="008F1B76"/>
    <w:rsid w:val="00907E99"/>
    <w:rsid w:val="009356E0"/>
    <w:rsid w:val="009B1E6F"/>
    <w:rsid w:val="009F5511"/>
    <w:rsid w:val="00A32A12"/>
    <w:rsid w:val="00A535D1"/>
    <w:rsid w:val="00A63309"/>
    <w:rsid w:val="00A666DE"/>
    <w:rsid w:val="00AA1D8D"/>
    <w:rsid w:val="00B01BCA"/>
    <w:rsid w:val="00B46912"/>
    <w:rsid w:val="00B47730"/>
    <w:rsid w:val="00B67FBE"/>
    <w:rsid w:val="00B764D1"/>
    <w:rsid w:val="00B827D9"/>
    <w:rsid w:val="00BA029F"/>
    <w:rsid w:val="00BB1E19"/>
    <w:rsid w:val="00BC4024"/>
    <w:rsid w:val="00C0728F"/>
    <w:rsid w:val="00C5737C"/>
    <w:rsid w:val="00C94D5E"/>
    <w:rsid w:val="00CA3191"/>
    <w:rsid w:val="00CB0664"/>
    <w:rsid w:val="00D40171"/>
    <w:rsid w:val="00DB7773"/>
    <w:rsid w:val="00DF51FA"/>
    <w:rsid w:val="00E00725"/>
    <w:rsid w:val="00E32E50"/>
    <w:rsid w:val="00E37A22"/>
    <w:rsid w:val="00E407DB"/>
    <w:rsid w:val="00EB1970"/>
    <w:rsid w:val="00EB74C7"/>
    <w:rsid w:val="00ED6972"/>
    <w:rsid w:val="00ED6BA6"/>
    <w:rsid w:val="00F03F0A"/>
    <w:rsid w:val="00F31E67"/>
    <w:rsid w:val="00FA631E"/>
    <w:rsid w:val="00FB6BAD"/>
    <w:rsid w:val="00FC693F"/>
    <w:rsid w:val="00FE2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1B2FA91-BBD6-4920-9BDA-9733D7B6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9356E0"/>
    <w:rPr>
      <w:sz w:val="16"/>
      <w:szCs w:val="16"/>
    </w:rPr>
  </w:style>
  <w:style w:type="paragraph" w:styleId="CommentText">
    <w:name w:val="annotation text"/>
    <w:basedOn w:val="Normal"/>
    <w:link w:val="CommentTextChar"/>
    <w:uiPriority w:val="99"/>
    <w:semiHidden/>
    <w:unhideWhenUsed/>
    <w:rsid w:val="009356E0"/>
    <w:pPr>
      <w:spacing w:line="240" w:lineRule="auto"/>
    </w:pPr>
    <w:rPr>
      <w:sz w:val="20"/>
      <w:szCs w:val="20"/>
    </w:rPr>
  </w:style>
  <w:style w:type="character" w:customStyle="1" w:styleId="CommentTextChar">
    <w:name w:val="Comment Text Char"/>
    <w:basedOn w:val="DefaultParagraphFont"/>
    <w:link w:val="CommentText"/>
    <w:uiPriority w:val="99"/>
    <w:semiHidden/>
    <w:rsid w:val="009356E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356E0"/>
    <w:rPr>
      <w:b/>
      <w:bCs/>
    </w:rPr>
  </w:style>
  <w:style w:type="character" w:customStyle="1" w:styleId="CommentSubjectChar">
    <w:name w:val="Comment Subject Char"/>
    <w:basedOn w:val="CommentTextChar"/>
    <w:link w:val="CommentSubject"/>
    <w:uiPriority w:val="99"/>
    <w:semiHidden/>
    <w:rsid w:val="009356E0"/>
    <w:rPr>
      <w:rFonts w:ascii="Arial" w:hAnsi="Arial"/>
      <w:b/>
      <w:bCs/>
      <w:sz w:val="20"/>
      <w:szCs w:val="20"/>
    </w:rPr>
  </w:style>
  <w:style w:type="character" w:styleId="Hyperlink">
    <w:name w:val="Hyperlink"/>
    <w:basedOn w:val="DefaultParagraphFont"/>
    <w:uiPriority w:val="99"/>
    <w:unhideWhenUsed/>
    <w:rsid w:val="009356E0"/>
    <w:rPr>
      <w:color w:val="0000FF" w:themeColor="hyperlink"/>
      <w:u w:val="single"/>
    </w:rPr>
  </w:style>
  <w:style w:type="character" w:styleId="UnresolvedMention">
    <w:name w:val="Unresolved Mention"/>
    <w:basedOn w:val="DefaultParagraphFont"/>
    <w:uiPriority w:val="99"/>
    <w:semiHidden/>
    <w:unhideWhenUsed/>
    <w:rsid w:val="009356E0"/>
    <w:rPr>
      <w:color w:val="605E5C"/>
      <w:shd w:val="clear" w:color="auto" w:fill="E1DFDD"/>
    </w:rPr>
  </w:style>
  <w:style w:type="character" w:styleId="PageNumber">
    <w:name w:val="page number"/>
    <w:basedOn w:val="DefaultParagraphFont"/>
    <w:uiPriority w:val="99"/>
    <w:semiHidden/>
    <w:unhideWhenUsed/>
    <w:rsid w:val="002804E4"/>
  </w:style>
  <w:style w:type="character" w:styleId="PlaceholderText">
    <w:name w:val="Placeholder Text"/>
    <w:basedOn w:val="DefaultParagraphFont"/>
    <w:uiPriority w:val="99"/>
    <w:semiHidden/>
    <w:rsid w:val="00DB777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94722A3-C346-4CEB-BFD5-9AB7BB3E2494}"/>
      </w:docPartPr>
      <w:docPartBody>
        <w:p w:rsidR="00E94A0A" w:rsidRDefault="005C7A00">
          <w:r w:rsidRPr="009879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A00"/>
    <w:rsid w:val="00033DF6"/>
    <w:rsid w:val="003E2727"/>
    <w:rsid w:val="00592B0E"/>
    <w:rsid w:val="005C7A00"/>
    <w:rsid w:val="00DB750B"/>
    <w:rsid w:val="00E94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7A0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9C7AB-FFF3-452D-B2D6-7A1AA170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D4C002-C615-454A-95B9-DEC0C326D3B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765874DF-C4AC-4DAE-A93B-A043B7579842}">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4964</Characters>
  <Application>Microsoft Office Word</Application>
  <DocSecurity>0</DocSecurity>
  <Lines>118</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Rogers, Courtney</cp:lastModifiedBy>
  <cp:revision>2</cp:revision>
  <dcterms:created xsi:type="dcterms:W3CDTF">2026-08-17T23:57:00Z</dcterms:created>
  <dcterms:modified xsi:type="dcterms:W3CDTF">2026-08-17T23:57:00Z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